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Flores Island, Azores, Portugal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wildest island in Europe's wildest archipelago. Flores delivers volcanic drama — crater lakes, neon-green valleys, towering waterfalls — with almost zero tourist infrastructure. That's the point.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7–9 hrs · 💶 Euro (€) · 🗣️ Portuguese · 🌿 UNESCO Biosphere Reserve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Lajes das Flores pier has been storm-damaged since 2019 (Hurricane Lorenzo); a major new-port reconstruction is underway, projected to complete around 2030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10–15 min uphill from tender dock into Lajes das Flores village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Nature lovers, hikers, photographers, and anyone who wants the unplugged Azores experience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Poço Ribeira do Ferreiro — a waterfall amphitheater that belongs in a nature documentary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€23–€29 — Taxis serve the port but do not queue on-site — book by phone in advance. "Pick Me Up in Flores" (pickmeupinflores.com)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Poço Ribeira do Ferreiro &amp; Waterfall Circuit — </w:t>
      </w:r>
      <w:r>
        <w:rPr>
          <w:rFonts w:ascii="Arial" w:hAnsi="Arial" w:cs="Arial"/>
          <w:b w:val="0"/>
          <w:i w:val="0"/>
          <w:sz w:val="20"/>
        </w:rPr>
        <w:t>Flores's signature sight: a dramatic green amphitheater where a dozen waterfalls plunge into a serene lagoon.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Crater Lakes — Lagoa Negra &amp; Lagoa Comprida — </w:t>
      </w:r>
      <w:r>
        <w:rPr>
          <w:rFonts w:ascii="Arial" w:hAnsi="Arial" w:cs="Arial"/>
          <w:b w:val="0"/>
          <w:i w:val="0"/>
          <w:sz w:val="20"/>
        </w:rPr>
        <w:t>Twin volcanic calderas filled with inky blue-green water, sitting side by side in the center of the island.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Canyoning on Flores — </w:t>
      </w:r>
      <w:r>
        <w:rPr>
          <w:rFonts w:ascii="Arial" w:hAnsi="Arial" w:cs="Arial"/>
          <w:b w:val="0"/>
          <w:i w:val="0"/>
          <w:sz w:val="20"/>
        </w:rPr>
        <w:t>Flores is considered one of Europe's top canyoning destinations — deep gorges, multi-drop waterfalls, and natural slides through…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Fajã Grande &amp; West Coast Drive — </w:t>
      </w:r>
      <w:r>
        <w:rPr>
          <w:rFonts w:ascii="Arial" w:hAnsi="Arial" w:cs="Arial"/>
          <w:b w:val="0"/>
          <w:i w:val="0"/>
          <w:sz w:val="20"/>
        </w:rPr>
        <w:t>The westernmost village in Europe, tucked beneath massive cliff faces draped in waterfalls.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RIB Boat to Corvo Island — </w:t>
      </w:r>
      <w:r>
        <w:rPr>
          <w:rFonts w:ascii="Arial" w:hAnsi="Arial" w:cs="Arial"/>
          <w:b w:val="0"/>
          <w:i w:val="0"/>
          <w:sz w:val="20"/>
        </w:rPr>
        <w:t>Tiny Corvo — the smallest island in the Azores — is visible from Flores and reachable in about 45 minutes by rigid inflatable boat.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Lajes das Flores Village &amp; Natural Pools: </w:t>
      </w:r>
      <w:r>
        <w:rPr>
          <w:rFonts w:ascii="Arial" w:hAnsi="Arial" w:cs="Arial"/>
          <w:b w:val="0"/>
          <w:i w:val="0"/>
          <w:sz w:val="20"/>
        </w:rPr>
        <w:t>1–2 hrs · Easy · No transport needed — From the tender dock, walk uphill into Lajes das Flores: explore the small church, local cafes,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6:51AM–9:11PM · Jul 6:50AM–9:30PM · Sep 7:46AM–8:12PM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cruiseports.org/flores-island-azores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Flores Island, Azores, Portugal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res-island-azor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Rocha dos Bordões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Rocha dos Bordões Viewpoint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Miradouro Lagoas Rasa e Funda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Miradouro da Fajã do Conde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Miradouro Caldeira Rasa e Funda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Miradouro Craveiro Lopes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