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Floreana Island, Galápagos, Ecuador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Galápagos' oldest and most enigmatic islands, Floreana blends extraordinary wildlife — flamingos, sea turtles, reef sharks — with a stranger-than-fiction 1930s mystery that still isn't solved. Almost exclusively visited by small expedition ships.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(panga/zodiac) · 🕒 Typical call: 6–8 hrs · 💵 USD (cash rarely needed ashore) · 🗣️ Spanish · 🦎 Galápagos National Park — guide required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Anchor &amp; tender (panga) — no deep-water pier; wet landings at most sites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Puerto Velasco Ibarra is tiny — side to side in 10 min; other sites require ship repositioning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Wildlife, snorkeling, history, the famous Post Office Bay barrel tradition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Post Office Bay barrel, Cormorant Point flamingo lagoon, Devil's Crown snorkel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~$1–2 per person — Passengers arriving by inter-island ferry or speedboat from Santa Cruz use a small water taxi (taxibote) to transfer fro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Post Office Bay &amp; the Barrel Tradition — </w:t>
      </w:r>
      <w:r>
        <w:rPr>
          <w:rFonts w:ascii="Arial" w:hAnsi="Arial" w:cs="Arial"/>
          <w:b w:val="0"/>
          <w:i w:val="0"/>
          <w:sz w:val="20"/>
        </w:rPr>
        <w:t>Since 1793, sailors have left unstamped postcards in a barrel at Post Office Bay, trusting fellow travelers to hand-deliver them.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Cormorant Point: Flamingos &amp; Flour Beach — </w:t>
      </w:r>
      <w:r>
        <w:rPr>
          <w:rFonts w:ascii="Arial" w:hAnsi="Arial" w:cs="Arial"/>
          <w:b w:val="0"/>
          <w:i w:val="0"/>
          <w:sz w:val="20"/>
        </w:rPr>
        <w:t>A flat 2 km loop trail passes a saltwater lagoon populated by Greater Flamingos, then ends at Flour Beach — ultra-fine white sand…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Devil's Crown Snorkeling — </w:t>
      </w:r>
      <w:r>
        <w:rPr>
          <w:rFonts w:ascii="Arial" w:hAnsi="Arial" w:cs="Arial"/>
          <w:b w:val="0"/>
          <w:i w:val="0"/>
          <w:sz w:val="20"/>
        </w:rPr>
        <w:t>Corona del Diablo — a partially submerged eroded volcanic cone — is among the best snorkel sites in the entire Galápagos.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Highlands: Asilo de la Paz &amp; Giant Tortoises — </w:t>
      </w:r>
      <w:r>
        <w:rPr>
          <w:rFonts w:ascii="Arial" w:hAnsi="Arial" w:cs="Arial"/>
          <w:b w:val="0"/>
          <w:i w:val="0"/>
          <w:sz w:val="20"/>
        </w:rPr>
        <w:t>A bumpy 8 km chiva (open-air truck) ride into Floreana's lush highlands (Asilo de la Paz) brings you to the island's only…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Champion Islet Snorkeling — </w:t>
      </w:r>
      <w:r>
        <w:rPr>
          <w:rFonts w:ascii="Arial" w:hAnsi="Arial" w:cs="Arial"/>
          <w:b w:val="0"/>
          <w:i w:val="0"/>
          <w:sz w:val="20"/>
        </w:rPr>
        <w:t>A short panga ride from Floreana brings you to Champion Islet, another excellent snorkel and dive site with sea lions, penguins…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Puerto Velasco Ibarra Village Stroll: </w:t>
      </w:r>
      <w:r>
        <w:rPr>
          <w:rFonts w:ascii="Arial" w:hAnsi="Arial" w:cs="Arial"/>
          <w:b w:val="0"/>
          <w:i w:val="0"/>
          <w:sz w:val="20"/>
        </w:rPr>
        <w:t>Easy · ~10 min side to side · flat — The tiny settlement of Puerto Velasco Ibarra — Floreana's only village of ~170 residents — is…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Cormorant Point Nature Trail: </w:t>
      </w:r>
      <w:r>
        <w:rPr>
          <w:rFonts w:ascii="Arial" w:hAnsi="Arial" w:cs="Arial"/>
          <w:b w:val="0"/>
          <w:i w:val="0"/>
          <w:sz w:val="20"/>
        </w:rPr>
        <w:t>Easy · 2 km loop · flat volcanic path — Guided loop from the wet landing beach past the flamingo lagoon to Flour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5:56AM–5:59PM · Jul 6:06AM–6:09PM · Sep 5:53AM–5:59PM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cruiseports.org/floreana-island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Floreana Island, Galápagos, Ecuador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reana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Post Office Bay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Loberia Isla Floreana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