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Flekkefjord, Agder, Norway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Southern Norway's best-kept secrets, Flekkefjord blends 18th-century Dutch-influenced architecture with world-class street murals and a signature rail-biking adventure through 17 hand-carved mountain tunnels.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(city-center berth) · 🕒 Typical call: 6-8 hrs · 💵 Norwegian Krone (NOK) — mostly cashless · 🗣️ Norwegian (English widely spoken) · 🚶 Highly walkable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Eschebrygga, 90 m quay, max 210 m ship length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0 min — pier is in the town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Rail biking, Dutch Quarter history, street art photography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Flekkefjordbanen draisine ride through 17 tunnels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~100 NOK base + ~14.5 NOK/km — Local taxis (Flekkefjord og omegn drosjesentral) are available for destinations outside the immediate center. Useful for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Flekkefjordbanen Rail Biking (Draisine) — </w:t>
      </w:r>
      <w:r>
        <w:rPr>
          <w:rFonts w:ascii="Arial" w:hAnsi="Arial" w:cs="Arial"/>
          <w:b w:val="0"/>
          <w:i w:val="0"/>
          <w:sz w:val="20"/>
        </w:rPr>
        <w:t>The town's signature activity: pedal a tandem railway bike along 17 km of decommissioned track through 17 hand-carved tunnels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Hollenderbyen (Dutch Quarter) Walk — </w:t>
      </w:r>
      <w:r>
        <w:rPr>
          <w:rFonts w:ascii="Arial" w:hAnsi="Arial" w:cs="Arial"/>
          <w:b w:val="0"/>
          <w:i w:val="0"/>
          <w:sz w:val="20"/>
        </w:rPr>
        <w:t>Wander the 18th-century merchant streets of the Dutch Quarter, where Norwegian timber and fish traders built close ties with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Street Art Trail — </w:t>
      </w:r>
      <w:r>
        <w:rPr>
          <w:rFonts w:ascii="Arial" w:hAnsi="Arial" w:cs="Arial"/>
          <w:b w:val="0"/>
          <w:i w:val="0"/>
          <w:sz w:val="20"/>
        </w:rPr>
        <w:t>Flekkefjord hosts a world-class street art scene — international murals painted on historic wooden buildings throughout…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Flekkefjord Museum — </w:t>
      </w:r>
      <w:r>
        <w:rPr>
          <w:rFonts w:ascii="Arial" w:hAnsi="Arial" w:cs="Arial"/>
          <w:b w:val="0"/>
          <w:i w:val="0"/>
          <w:sz w:val="20"/>
        </w:rPr>
        <w:t>Inside a well-preserved 1724 merchant house in the Dutch Quarter, this museum covers the Dutch trade era with period interiors…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Brufjell Glacial Potholes Hike — </w:t>
      </w:r>
      <w:r>
        <w:rPr>
          <w:rFonts w:ascii="Arial" w:hAnsi="Arial" w:cs="Arial"/>
          <w:b w:val="0"/>
          <w:i w:val="0"/>
          <w:sz w:val="20"/>
        </w:rPr>
        <w:t>About a 30-minute drive from town (near Åna-Sira), enormous sea-carved potholes set into a cliffside overlook the water.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Hollenderbyen &amp; Street Art Loop: </w:t>
      </w:r>
      <w:r>
        <w:rPr>
          <w:rFonts w:ascii="Arial" w:hAnsi="Arial" w:cs="Arial"/>
          <w:b w:val="0"/>
          <w:i w:val="0"/>
          <w:sz w:val="20"/>
        </w:rPr>
        <w:t>1.5 km · 45 min · Easy · Flat cobblestones — Start at the cruise pier and walk into the Dutch Quarter's historic lanes, picking up a free…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Grønnes Coastal Walk: </w:t>
      </w:r>
      <w:r>
        <w:rPr>
          <w:rFonts w:ascii="Arial" w:hAnsi="Arial" w:cs="Arial"/>
          <w:b w:val="0"/>
          <w:i w:val="0"/>
          <w:sz w:val="20"/>
        </w:rPr>
        <w:t>3 km return · 50 min · Easy · Flat path — Follow the waterfront path southwest from the pier to Grønnes recreation area, passing old…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5:07AM–9:53PM · Jul 4:52AM–10:25PM · Sep 7:03AM–7:52PM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cruiseports.org/flekkefjord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Flekkefjord, Agder, Norway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ekkefjor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Flekkefjord Line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Varnes fort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Hågåsen kystbatteri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Brufjellhålene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