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Flateyri, Westfjords,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village of 200 souls perched on a narrow spit in Önundarfjörður fjord, Flateyri punches far above its size with Iceland's oldest store, a haunting avalanche wall, and an endearingly eccentric museum.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Expedition / tender port · 🕒 Typical call: 4–6 hrs · 💵 ISK (cards accepted everywhere) · 🗣️ Icelandic / English widely spoken · 🏔️ Westfjords, Iceland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expedition ships can berth at Flateyri harbor quay; larger vessels anchor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the pier to the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Iceland, history, quirky museums, fjord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1914 bookstore and the avalanche defense wall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~690 ISK base + 330 ISK/km (~$6 USD minimum, ~$3 USD/km) — Local taxis serve the Ísafjarðarbær municipality but are very limited in Flateyri. Advance booking is strongly recommend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1914 Old Bookstore — </w:t>
      </w:r>
      <w:r>
        <w:rPr>
          <w:rFonts w:ascii="Arial" w:hAnsi="Arial" w:cs="Arial"/>
          <w:b w:val="0"/>
          <w:i w:val="0"/>
          <w:sz w:val="20"/>
        </w:rPr>
        <w:t>Iceland's oldest surviving shop, run by the same family for four generations.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Avalanche Defense Wall — </w:t>
      </w:r>
      <w:r>
        <w:rPr>
          <w:rFonts w:ascii="Arial" w:hAnsi="Arial" w:cs="Arial"/>
          <w:b w:val="0"/>
          <w:i w:val="0"/>
          <w:sz w:val="20"/>
        </w:rPr>
        <w:t>After the 1995 avalanche killed 20 villagers and destroyed or damaged some 17 homes, Flateyri completed (in 1998) a massive…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Nonsense Museum — </w:t>
      </w:r>
      <w:r>
        <w:rPr>
          <w:rFonts w:ascii="Arial" w:hAnsi="Arial" w:cs="Arial"/>
          <w:b w:val="0"/>
          <w:i w:val="0"/>
          <w:sz w:val="20"/>
        </w:rPr>
        <w:t>A delightfully eccentric display of Icelandic collectors' obsessions — police caps from 100+ countries, PEZ dispensers, sugar…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Kayaking or RIB Tour — </w:t>
      </w:r>
      <w:r>
        <w:rPr>
          <w:rFonts w:ascii="Arial" w:hAnsi="Arial" w:cs="Arial"/>
          <w:b w:val="0"/>
          <w:i w:val="0"/>
          <w:sz w:val="20"/>
        </w:rPr>
        <w:t>Local operators occasionally run sea kayaking in the calm waters of Önundarfjörður or high-speed RIB boat tours of the fjord…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Spit Walk &amp; Birdwatching — </w:t>
      </w:r>
      <w:r>
        <w:rPr>
          <w:rFonts w:ascii="Arial" w:hAnsi="Arial" w:cs="Arial"/>
          <w:b w:val="0"/>
          <w:i w:val="0"/>
          <w:sz w:val="20"/>
        </w:rPr>
        <w:t>Stroll the sandy shoreline of the eyri, the flat sandspit the village sits 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Loop: Pier → Bookstore → Church → Nonsense Museum: </w:t>
      </w:r>
      <w:r>
        <w:rPr>
          <w:rFonts w:ascii="Arial" w:hAnsi="Arial" w:cs="Arial"/>
          <w:b w:val="0"/>
          <w:i w:val="0"/>
          <w:sz w:val="20"/>
        </w:rPr>
        <w:t>1.5 km · 20–30 min · Flat · Free — A compact circuit of the village's main historic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Avalanche Wall Viewpoint: </w:t>
      </w:r>
      <w:r>
        <w:rPr>
          <w:rFonts w:ascii="Arial" w:hAnsi="Arial" w:cs="Arial"/>
          <w:b w:val="0"/>
          <w:i w:val="0"/>
          <w:sz w:val="20"/>
        </w:rPr>
        <w:t>2 km return · 30–40 min · Moderate (uphill) · Free — Follow the track behind the village up to the top of the massive earthen avalanche defense wall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6:55AM–8:01PM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cruiseports.org/flateyri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Flateyri, Westfjords,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atey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Gamla Bókabúðin á Flateyri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Bunárfoss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Önundarfjörður Pier (Holt í Önundarfirði)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Minnibakki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