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Flåm,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fjord village punching way above its weight: ride one of the world's steepest railways, cruise into a UNESCO fjord, or simply stand and stare at waterfalls tumbling off kilometre-high walls.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 in village centre) · 🕒 Typical call: 7-10 hrs · 💵 Currency: Norwegian Krone (NOK) · 🗣️ Language: Norwegian (English widely spoken) · 🚂 Famous for the Flåm Railway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berth 200 m from village; tender occasionally used for second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2-3 min on foot from gangway to shops and railway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rail journeys, fjord cruises, waterfalls,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Flåm Railway to Myrdal — book tickets before the ship docks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~100 NOK base + 14.5 NOK/km (~220–270 NOK to Aurland) — Local taxis are available but very limited in number. Pre-booking is strongly recommended, especially during peak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Flåm Railway to Myrdal — </w:t>
      </w:r>
      <w:r>
        <w:rPr>
          <w:rFonts w:ascii="Arial" w:hAnsi="Arial" w:cs="Arial"/>
          <w:b w:val="0"/>
          <w:i w:val="0"/>
          <w:sz w:val="20"/>
        </w:rPr>
        <w:t>The 20-km Flåmsbana climbs 863 m in under an hour, threading through 20 tunnels and pausing at the thundering Kjosfossen waterfall.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Nærøyfjord Sightseeing Cruise — </w:t>
      </w:r>
      <w:r>
        <w:rPr>
          <w:rFonts w:ascii="Arial" w:hAnsi="Arial" w:cs="Arial"/>
          <w:b w:val="0"/>
          <w:i w:val="0"/>
          <w:sz w:val="20"/>
        </w:rPr>
        <w:t>Silent electric boats glide through the UNESCO-listed Nærøyfjord — just 250 m wide at its narrowest — surrounded by walls of rock…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Stegastein Viewpoint Drive or E-Bike — </w:t>
      </w:r>
      <w:r>
        <w:rPr>
          <w:rFonts w:ascii="Arial" w:hAnsi="Arial" w:cs="Arial"/>
          <w:b w:val="0"/>
          <w:i w:val="0"/>
          <w:sz w:val="20"/>
        </w:rPr>
        <w:t>A cantilevered platform 650 m above the Aurlandsfjord offers one of Norway's most dramatic panoramas.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Viking Valley at Gudvangen (Njardarheimr) — </w:t>
      </w:r>
      <w:r>
        <w:rPr>
          <w:rFonts w:ascii="Arial" w:hAnsi="Arial" w:cs="Arial"/>
          <w:b w:val="0"/>
          <w:i w:val="0"/>
          <w:sz w:val="20"/>
        </w:rPr>
        <w:t>At the far end of the Nærøyfjord, Gudvangen's living Viking village has costumed guides, axe-throwing, longhouses, and craft…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on the Aurlandsfjord — </w:t>
      </w:r>
      <w:r>
        <w:rPr>
          <w:rFonts w:ascii="Arial" w:hAnsi="Arial" w:cs="Arial"/>
          <w:b w:val="0"/>
          <w:i w:val="0"/>
          <w:sz w:val="20"/>
        </w:rPr>
        <w:t>Guided sea-kayak tours launch from Flåm dock, paddling past waterfalls and fjord farms with a guide's running commentary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Flåm Church Walk: </w:t>
      </w:r>
      <w:r>
        <w:rPr>
          <w:rFonts w:ascii="Arial" w:hAnsi="Arial" w:cs="Arial"/>
          <w:b w:val="0"/>
          <w:i w:val="0"/>
          <w:sz w:val="20"/>
        </w:rPr>
        <w:t>3 km · 45 min · Easy — An easy stroll along the river from the pier to the 17th-century Flåm Church (Flåm kyrkje, built…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Cycle/Walk to Brekkefossen: </w:t>
      </w:r>
      <w:r>
        <w:rPr>
          <w:rFonts w:ascii="Arial" w:hAnsi="Arial" w:cs="Arial"/>
          <w:b w:val="0"/>
          <w:i w:val="0"/>
          <w:sz w:val="20"/>
        </w:rPr>
        <w:t>6 km return · 1.5 hrs · Easy-Moderate — Follow the Flåmselvi river up the valley from the village to Brekkefossen waterfall, passing old…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4:47AM–10:09PM · Jul 4:27AM–10:45PM · Sep 6:59AM–7:52PM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cruiseports.org/flam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Flåm,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Vangen kyrkje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Undredal Stave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Flåm kyrkje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Viking Valley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Lærdalstunnelen - World's Longest Tunnel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Flåmsbana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Stegastein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