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Finnsnes, Troms,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compact Arctic town connected by bridge to Senja — Norway in miniature — where razor-sharp peaks plunge into turquoise fjords and white-sand beaches glow under the midnight sun.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(most ships dock) · 🕒 Typical call: 6–9 hrs · 💵 NOK (cards accepted everywhere) · 🗣️ Norwegian · ☀️ Midnight sun: late May–July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Finnsnes Kai in the town center; larger vessels may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gangway; town center is immediate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driving on Senja, hiking, fjord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Tungeneset viewpoint and the Devil's Teeth peaks on Senja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60–200 — Finnsnes Taxi operates locally with authority-set fares. Daytime starting fee NOK 60; short town-center trips run NOK 60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Senja National Tourist Route — </w:t>
      </w:r>
      <w:r>
        <w:rPr>
          <w:rFonts w:ascii="Arial" w:hAnsi="Arial" w:cs="Arial"/>
          <w:b w:val="0"/>
          <w:i w:val="0"/>
          <w:sz w:val="20"/>
        </w:rPr>
        <w:t>A guided bus or self-drive loop along Senja's wild outer coast, stopping at Tungeneset (the Devil's Teeth rock formation)…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Hesten or Segla Hike — </w:t>
      </w:r>
      <w:r>
        <w:rPr>
          <w:rFonts w:ascii="Arial" w:hAnsi="Arial" w:cs="Arial"/>
          <w:b w:val="0"/>
          <w:i w:val="0"/>
          <w:sz w:val="20"/>
        </w:rPr>
        <w:t>Hesten is a moderate 2–3 hour hike on Senja offering jaw-dropping views of the sail-shaped Segla peak.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Eagle Safari — </w:t>
      </w:r>
      <w:r>
        <w:rPr>
          <w:rFonts w:ascii="Arial" w:hAnsi="Arial" w:cs="Arial"/>
          <w:b w:val="0"/>
          <w:i w:val="0"/>
          <w:sz w:val="20"/>
        </w:rPr>
        <w:t>Guided boat tour through Senja's fjords in search of white-tailed sea eagles and other Arctic wildlife.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Ersfjord Beach Visit — </w:t>
      </w:r>
      <w:r>
        <w:rPr>
          <w:rFonts w:ascii="Arial" w:hAnsi="Arial" w:cs="Arial"/>
          <w:b w:val="0"/>
          <w:i w:val="0"/>
          <w:sz w:val="20"/>
        </w:rPr>
        <w:t>One of Norway's most photogenic beaches — fine golden sand flanked by towering peaks.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Polar Park Arctic Wildlife — </w:t>
      </w:r>
      <w:r>
        <w:rPr>
          <w:rFonts w:ascii="Arial" w:hAnsi="Arial" w:cs="Arial"/>
          <w:b w:val="0"/>
          <w:i w:val="0"/>
          <w:sz w:val="20"/>
        </w:rPr>
        <w:t>The world's northernmost wildlife park, about 90 km inland.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to Gisund Bridge: </w:t>
      </w:r>
      <w:r>
        <w:rPr>
          <w:rFonts w:ascii="Arial" w:hAnsi="Arial" w:cs="Arial"/>
          <w:b w:val="0"/>
          <w:i w:val="0"/>
          <w:sz w:val="20"/>
        </w:rPr>
        <w:t>2.5 km one-way · 30 min · Easy · Flat — Stroll from the pier through Finnsnesparken lake park, past the church on the hill, and out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Town Stroll: </w:t>
      </w:r>
      <w:r>
        <w:rPr>
          <w:rFonts w:ascii="Arial" w:hAnsi="Arial" w:cs="Arial"/>
          <w:b w:val="0"/>
          <w:i w:val="0"/>
          <w:sz w:val="20"/>
        </w:rPr>
        <w:t>1 km loop · 15 min · Easy — A quick loop from the pier past the Ottar the Viking statue (commemorating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6:03AM–7:21PM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cruiseports.org/finnsnes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