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Fernandina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youngest volcano in the Galápagos, Fernandina has never had invasive mammals — leaving it hauntingly pristine. Its only visitor site, Punta Espinoza, is carpeted with thousands of marine iguanas and home to the rare flightless cormorant.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(Zodiac/panga landing) · 🕒 Typical call: 4–6 hrs · 💵 USD · 🗣️ Spanish · 🦎 Wildlife expedition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Zodiac (panga) from ship to Punta Espinoza dry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shore: </w:t>
      </w:r>
      <w:r>
        <w:rPr>
          <w:rFonts w:ascii="Arial" w:hAnsi="Arial" w:cs="Arial"/>
          <w:b w:val="0"/>
          <w:i w:val="0"/>
          <w:sz w:val="20"/>
        </w:rPr>
        <w:t>No infrastructure; guided trail only (~1.6 km / 1 mile loop)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Endemic wildlife, volcanic geology, photography,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Hundreds of basking marine iguanas &amp; nesting flightless cormorants at Punta Espinoza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Punta Espinoza Guided Nature Walk — </w:t>
      </w:r>
      <w:r>
        <w:rPr>
          <w:rFonts w:ascii="Arial" w:hAnsi="Arial" w:cs="Arial"/>
          <w:b w:val="0"/>
          <w:i w:val="0"/>
          <w:sz w:val="20"/>
        </w:rPr>
        <w:t>The island's only trail winds ~1.6 km across pahoehoe lava fields past dense colonies of marine iguanas, nesting flightless…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off Punta Espinoza — </w:t>
      </w:r>
      <w:r>
        <w:rPr>
          <w:rFonts w:ascii="Arial" w:hAnsi="Arial" w:cs="Arial"/>
          <w:b w:val="0"/>
          <w:i w:val="0"/>
          <w:sz w:val="20"/>
        </w:rPr>
        <w:t>From the panga just offshore, snorkel alongside marine iguanas grazing on algae, playful sea lions, Galápagos penguins darting…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Cumbre Volcano &amp; Lava Field Views — </w:t>
      </w:r>
      <w:r>
        <w:rPr>
          <w:rFonts w:ascii="Arial" w:hAnsi="Arial" w:cs="Arial"/>
          <w:b w:val="0"/>
          <w:i w:val="0"/>
          <w:sz w:val="20"/>
        </w:rPr>
        <w:t>Fernandina is dominated by the highly active La Cumbre shield volcano.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Punta Espinoza Lava Loop: </w:t>
      </w:r>
      <w:r>
        <w:rPr>
          <w:rFonts w:ascii="Arial" w:hAnsi="Arial" w:cs="Arial"/>
          <w:b w:val="0"/>
          <w:i w:val="0"/>
          <w:sz w:val="20"/>
        </w:rPr>
        <w:t>~1.6 km • 1.5–2 hrs • Moderate (uneven lava) • Guide required — The only trail on the island takes you through a living natural history exhibit: fields of black…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Footwear is non-negotiable. Wear sturdy closed-toe hiking shoes or trail runners — the black lava is sharp enough to cut skin and will shred sandals. No…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shade, intense equatorial sun. Apply reef-safe sunscreen before leaving the ship (required by park rules), wear a wide-brimmed hat, and bring UPF-rated…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Wildlife may approach you — back away slowly. The 2-meter rule is law, but iguanas and sea lions don't read signs. If an animal walks toward you, step aside…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cruiseports.org/fernandina-island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