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Fatu Hiva Island, Marquesas, French Polynesia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most remote island in the Marquesas rewards visitors with cathedral-like volcanic spires rising from the Bay of Virgins, living traditions of Tapa bark-cloth painting, and an island life unchanged for generations.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(no pier) · 🕒 Typical call: 5–8 hrs · 💵 Cash only — XPF, USD, EUR · 🗣️ French / Marquesan · 🏝️ Remote &amp; undeveloped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into Hanavave or Omoa village beach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from tender dock to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Dramatic scenery, authentic Polynesian crafts, hiking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Tapa cloth art &amp; the Bay of Virgins rock spires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Bay of Virgins Walk &amp; Scenic Stroll — </w:t>
      </w:r>
      <w:r>
        <w:rPr>
          <w:rFonts w:ascii="Arial" w:hAnsi="Arial" w:cs="Arial"/>
          <w:b w:val="0"/>
          <w:i w:val="0"/>
          <w:sz w:val="20"/>
        </w:rPr>
        <w:t>Step off the tender in Hanavave and simply look up.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Tapa Cloth Art &amp; Craft Market — </w:t>
      </w:r>
      <w:r>
        <w:rPr>
          <w:rFonts w:ascii="Arial" w:hAnsi="Arial" w:cs="Arial"/>
          <w:b w:val="0"/>
          <w:i w:val="0"/>
          <w:sz w:val="20"/>
        </w:rPr>
        <w:t>Fatu Hiva is one of the last places where traditional Tapa bark-cloth is actively made.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Omoa–Hanavave Cross-Island Hike — </w:t>
      </w:r>
      <w:r>
        <w:rPr>
          <w:rFonts w:ascii="Arial" w:hAnsi="Arial" w:cs="Arial"/>
          <w:b w:val="0"/>
          <w:i w:val="0"/>
          <w:sz w:val="20"/>
        </w:rPr>
        <w:t>A legendary 17 km ridge-and-valley trail connecting the two villages over a 700 m mountain pass.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Hanavave Waterfall Hike — </w:t>
      </w:r>
      <w:r>
        <w:rPr>
          <w:rFonts w:ascii="Arial" w:hAnsi="Arial" w:cs="Arial"/>
          <w:b w:val="0"/>
          <w:i w:val="0"/>
          <w:sz w:val="20"/>
        </w:rPr>
        <w:t>A 40-minute walk inland from Hanavave village through lush rainforest leads to an impressive waterfall.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Omoa Petroglyphs &amp; Musée Grelet — </w:t>
      </w:r>
      <w:r>
        <w:rPr>
          <w:rFonts w:ascii="Arial" w:hAnsi="Arial" w:cs="Arial"/>
          <w:b w:val="0"/>
          <w:i w:val="0"/>
          <w:sz w:val="20"/>
        </w:rPr>
        <w:t>A local guide can lead you to ancient rock carvings in the valleys around Omoa, including the famous 'Paoa' tuna petroglyph.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Hanavave Village &amp; Bay Loop: </w:t>
      </w:r>
      <w:r>
        <w:rPr>
          <w:rFonts w:ascii="Arial" w:hAnsi="Arial" w:cs="Arial"/>
          <w:b w:val="0"/>
          <w:i w:val="0"/>
          <w:sz w:val="20"/>
        </w:rPr>
        <w:t>~1.5 km · 20–30 min · Easy · Free — From the tender landing, walk the length of the village to the church, then back along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Omoa Village Stroll: </w:t>
      </w:r>
      <w:r>
        <w:rPr>
          <w:rFonts w:ascii="Arial" w:hAnsi="Arial" w:cs="Arial"/>
          <w:b w:val="0"/>
          <w:i w:val="0"/>
          <w:sz w:val="20"/>
        </w:rPr>
        <w:t>~1 km · 15–20 min · Easy · Free — From the Omoa tender landing, wander through the village to the craft market and church.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5:48AM–5:40PM · Jun 6:00AM–5:30PM · Aug 5:56AM–5:41PM · Sep 5:38AM–5:40PM · Oct 5:20AM–5:40PM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Cash only — no ATMs. Bring XPF (French Pacific Francs) or small USD/EUR bills. Credit cards are not accepted anywhere on the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Nono sandflies are savage. These near-invisible flies bite relentlessly and the welts itch for days. Wear long sleeves and trousers, apply strong DEET…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Swimming is not recommended. Swells, currents, and sharks make the black-sand beaches better for photography than swimming.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cruiseports.org/fatu-hiva-island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