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Farsund, 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privateers once prowled the Skagerrak, Farsund now offers sandy beaches, a lighthouse you can climb, and a slice of 1950s Americana in the Norwegian countryside.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(deepwater quay) · 🕒 Typical call: 7-9 hrs · 💵 Norwegian Krone (NOK) — card-only culture · 🗣️ Norwegian (English widely spoken) · 🏖️ Best beaches in Southern Norway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deepwater quay, ~10-min walk to Torvet (town square)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from main pier; smaller ships dock right at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cycling the Lista peninsula, WWII history, quiet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Lista Fyr lighthouse &amp; the American enclave of Vanse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200–265 NOK (~$18–25 USD) — Local taxis are available for trips to out-of-town sights like Lista Lighthouse and the peninsula. The TaxiLink app cove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Lista Lighthouse Climb — </w:t>
      </w:r>
      <w:r>
        <w:rPr>
          <w:rFonts w:ascii="Arial" w:hAnsi="Arial" w:cs="Arial"/>
          <w:b w:val="0"/>
          <w:i w:val="0"/>
          <w:sz w:val="20"/>
        </w:rPr>
        <w:t>The 34-metre stone lighthouse at Lista Fyr has guided ships since 1836.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Nordberg Fort (WWII Coastal Artillery) — </w:t>
      </w:r>
      <w:r>
        <w:rPr>
          <w:rFonts w:ascii="Arial" w:hAnsi="Arial" w:cs="Arial"/>
          <w:b w:val="0"/>
          <w:i w:val="0"/>
          <w:sz w:val="20"/>
        </w:rPr>
        <w:t>One of Norway's best-preserved German coastal fortifications from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Vanse &amp; 'Little America' — </w:t>
      </w:r>
      <w:r>
        <w:rPr>
          <w:rFonts w:ascii="Arial" w:hAnsi="Arial" w:cs="Arial"/>
          <w:b w:val="0"/>
          <w:i w:val="0"/>
          <w:sz w:val="20"/>
        </w:rPr>
        <w:t>Eight kilometres from port, the village of Vanse has a unique link to Brooklyn — early-to-mid 20th-century emigrants returned…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Lista Beach Day — </w:t>
      </w:r>
      <w:r>
        <w:rPr>
          <w:rFonts w:ascii="Arial" w:hAnsi="Arial" w:cs="Arial"/>
          <w:b w:val="0"/>
          <w:i w:val="0"/>
          <w:sz w:val="20"/>
        </w:rPr>
        <w:t>The Lista peninsula holds some of Southern Norway's finest sandy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Loshavn Village Walk — </w:t>
      </w:r>
      <w:r>
        <w:rPr>
          <w:rFonts w:ascii="Arial" w:hAnsi="Arial" w:cs="Arial"/>
          <w:b w:val="0"/>
          <w:i w:val="0"/>
          <w:sz w:val="20"/>
        </w:rPr>
        <w:t>A beautifully preserved old port village ~4 km south of Farsund, with 18th-century wooden houses among the finest-preserved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White-House Town Walk: </w:t>
      </w:r>
      <w:r>
        <w:rPr>
          <w:rFonts w:ascii="Arial" w:hAnsi="Arial" w:cs="Arial"/>
          <w:b w:val="0"/>
          <w:i w:val="0"/>
          <w:sz w:val="20"/>
        </w:rPr>
        <w:t>1.5 km · 30 min · Easy — From the pier, stroll along Bryggeslengen (the waterfront promenade) into Torvet (town square).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Gervoll Woods &amp; Suspension Bridge: </w:t>
      </w:r>
      <w:r>
        <w:rPr>
          <w:rFonts w:ascii="Arial" w:hAnsi="Arial" w:cs="Arial"/>
          <w:b w:val="0"/>
          <w:i w:val="0"/>
          <w:sz w:val="20"/>
        </w:rPr>
        <w:t>3 km · 45 min · Easy — A 20-minute walk from the pier leads to Gervollskogen, a peaceful park with forest paths, a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5:07AM–9:51PM · Jul 4:53AM–10:23PM · Sep 7:03AM–7:51PM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cruiseports.org/farsund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Farsund, 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r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Marka skyte- og øvingsfelt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Einarsneset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Nordberg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Paradisbukta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Flipside Skatepark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