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Farquhar Atoll, Outer Islands,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coral atoll 770 km southwest of Mahé, Farquhar is one of the rarest addresses in expedition cruising — no pier, no shops, no crowds, just extraordinary wildlife and blindingly white sand.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Zodiac/tender landing (no pier) · 🕒 Typical call: 4–7 hrs · 💵 Seychellois Rupee (SCR) — no commerce ashore · 🗣️ Creole / English · 🌿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offshore; Zodiac wet landing onto sandy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landing — the atoll IS the destination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wildlife, birdwatching, fly-fishing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Giant trevally hunting terns — the Blue Planet II spectacle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 Trevally Watching — </w:t>
      </w:r>
      <w:r>
        <w:rPr>
          <w:rFonts w:ascii="Arial" w:hAnsi="Arial" w:cs="Arial"/>
          <w:b w:val="0"/>
          <w:i w:val="0"/>
          <w:sz w:val="20"/>
        </w:rPr>
        <w:t>Farquhar's lagoon was featured in BBC Blue Planet II for an extraordinary behavior: giant trevally (GT) fish that leap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Sooty Tern Colony — Goëlettes Island — </w:t>
      </w:r>
      <w:r>
        <w:rPr>
          <w:rFonts w:ascii="Arial" w:hAnsi="Arial" w:cs="Arial"/>
          <w:b w:val="0"/>
          <w:i w:val="0"/>
          <w:sz w:val="20"/>
        </w:rPr>
        <w:t>The southern islet hosts nesting colonies of hundreds of thousands of Sooty Terns plus Roseate Terns and Black Noddies.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Outer Reef — </w:t>
      </w:r>
      <w:r>
        <w:rPr>
          <w:rFonts w:ascii="Arial" w:hAnsi="Arial" w:cs="Arial"/>
          <w:b w:val="0"/>
          <w:i w:val="0"/>
          <w:sz w:val="20"/>
        </w:rPr>
        <w:t>Among the most pristine snorkeling in the Indian Ocean — vibrant coral gardens, reef sharks, sea turtles, eagle rays, and bonefish.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Nature Walk &amp; Coconut Crab Search — </w:t>
      </w:r>
      <w:r>
        <w:rPr>
          <w:rFonts w:ascii="Arial" w:hAnsi="Arial" w:cs="Arial"/>
          <w:b w:val="0"/>
          <w:i w:val="0"/>
          <w:sz w:val="20"/>
        </w:rPr>
        <w:t>Guided walk across Île du Nord with expedition naturalists, searching for coconut crabs — the world's largest land arthropod…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Island Sandbar &amp; Swimming — </w:t>
      </w:r>
      <w:r>
        <w:rPr>
          <w:rFonts w:ascii="Arial" w:hAnsi="Arial" w:cs="Arial"/>
          <w:b w:val="0"/>
          <w:i w:val="0"/>
          <w:sz w:val="20"/>
        </w:rPr>
        <w:t>The shifting sand spit at the northern tip of Île du Nord is one of the most photogenic beaches in the Seychelles — electric-blue…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Island Circuit: </w:t>
      </w:r>
      <w:r>
        <w:rPr>
          <w:rFonts w:ascii="Arial" w:hAnsi="Arial" w:cs="Arial"/>
          <w:b w:val="0"/>
          <w:i w:val="0"/>
          <w:sz w:val="20"/>
        </w:rPr>
        <w:t>1–3 km · Flat sand and dirt tracks · Easy — A loop around Île du Nord guided by expedition naturalists, taking in the sandbar spit,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6:42AM–6:21PM · Jul 6:54AM–6:29PM · Sep 6:29AM–6:32PM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cruiseports.org/farquhar-atoll-seychelles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