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Falmouth, Trelawny, Jamaica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Built to berth the world's biggest ships, Falmouth's purpose-built pier drops you into one of the Caribbean's best-preserved Georgian towns — but the real draws are just down the road: river rafting, waterfalls, and Jamaican jerk smoke.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Falmouth Cruise Ship Pier · 🕒 Typical call: 8-10 hrs · 💵 USD widely accepted (JMD official)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Falmouth Cruise Ship Pier — purpose-built (2011), can berth two Oasis-class ships simultaneously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walk from pier gate to Falmouth's historic town square and courthouse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Georgian architecture, Martha Brae river rafting, Dunn's River Falls day trip, Chukka Blue Hole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Falmouth Courthouse (1815) and Water Square — the original piped-water fountain predating New York City's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~$5–10 USD (local); ~$45–60 USD to Montego Bay — Official port taxis have set fares regulated by the Jamaica Tourist Board. For nearby trips around Falmouth, fares are 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Martha Brae River Rafting — </w:t>
      </w:r>
      <w:r>
        <w:rPr>
          <w:rFonts w:ascii="Arial" w:hAnsi="Arial" w:cs="Arial"/>
          <w:b w:val="0"/>
          <w:i w:val="0"/>
          <w:sz w:val="20"/>
        </w:rPr>
        <w:t>Just 5 km from the pier, bamboo raft operators pole you along a calm, jungle-lined river on a two-seat bamboo raft.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Chukka Blue Hole &amp; River Tubing — </w:t>
      </w:r>
      <w:r>
        <w:rPr>
          <w:rFonts w:ascii="Arial" w:hAnsi="Arial" w:cs="Arial"/>
          <w:b w:val="0"/>
          <w:i w:val="0"/>
          <w:sz w:val="20"/>
        </w:rPr>
        <w:t>Chukka's Blue Hole excursion takes you into the Trelawny interior to swim in crystalline limestone pools, tube down a jungle…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Dunn's River Falls — </w:t>
      </w:r>
      <w:r>
        <w:rPr>
          <w:rFonts w:ascii="Arial" w:hAnsi="Arial" w:cs="Arial"/>
          <w:b w:val="0"/>
          <w:i w:val="0"/>
          <w:sz w:val="20"/>
        </w:rPr>
        <w:t>Jamaica's most iconic landmark sits ~65 km east near Ocho Rios.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Falmouth Heritage Walk — </w:t>
      </w:r>
      <w:r>
        <w:rPr>
          <w:rFonts w:ascii="Arial" w:hAnsi="Arial" w:cs="Arial"/>
          <w:b w:val="0"/>
          <w:i w:val="0"/>
          <w:sz w:val="20"/>
        </w:rPr>
        <w:t>Falmouth is one of the best-preserved Georgian towns in the Caribbean, with over 50 listed heritage buildings from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Good Hope Great House &amp; Estate Tour — </w:t>
      </w:r>
      <w:r>
        <w:rPr>
          <w:rFonts w:ascii="Arial" w:hAnsi="Arial" w:cs="Arial"/>
          <w:b w:val="0"/>
          <w:i w:val="0"/>
          <w:sz w:val="20"/>
        </w:rPr>
        <w:t>A 2,000-acre 18th-century plantation in the Trelawny hills, Good Hope offers horse riding, ATV tours, and river swimming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Falmouth Georgian Heritage Loop: </w:t>
      </w:r>
      <w:r>
        <w:rPr>
          <w:rFonts w:ascii="Arial" w:hAnsi="Arial" w:cs="Arial"/>
          <w:b w:val="0"/>
          <w:i w:val="0"/>
          <w:sz w:val="20"/>
        </w:rPr>
        <w:t>1.5-2 hrs · ~2.5 km · Easy · Flat — A self-guided loop through the core of Falmouth's UNESCO-listed historic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Stroll: </w:t>
      </w:r>
      <w:r>
        <w:rPr>
          <w:rFonts w:ascii="Arial" w:hAnsi="Arial" w:cs="Arial"/>
          <w:b w:val="0"/>
          <w:i w:val="0"/>
          <w:sz w:val="20"/>
        </w:rPr>
        <w:t>30 min · ~1 km · Easy — A simple orientation walk from the cruise pier into the town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Georgian Falmouth Town Walk: </w:t>
      </w:r>
      <w:r>
        <w:rPr>
          <w:rFonts w:ascii="Arial" w:hAnsi="Arial" w:cs="Arial"/>
          <w:b w:val="0"/>
          <w:i w:val="0"/>
          <w:sz w:val="20"/>
        </w:rPr>
        <w:t>1.5 km | ~1 hr | Easy | Free — Start at the cruise terminal gate and follow Harbour Street west to Water Square.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6:25AM–8:42PM · Jul 6:25AM–9:00PM · Sep 7:19AM–7:44PM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cruiseports.org/falmouth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Falmouth, Trelawny, Jamaica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lmout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Greenwood Great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Peter's Anglican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Chukka Eco-Adventure Outpost at Good Hope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William Knibb Memorial Baptist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