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Falmouth, Trelawny, Jamaica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Jamaica's best-preserved Georgian town sits steps from a purpose-built mega-ship pier — and one of the world's brightest bioluminescent bays glows just minutes away after dark.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8–10 hrs · 💵 USD widely accepted / JMD · 🗣️ English · 🌴 Caribbean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Two deep-water berths accommodate Oasis-class ships; ships dock, not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(300–800 m) along level walkways to Falmouth's historic district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river rafters, waterfall climbers, bioluminescent bay seekers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Luminous Lagoon boat tour at dusk — one of the world's brightest bioluminescent bays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$15–$60 USD — Licensed taxis line up just outside the terminal. Shared shuttles to Montego Bay run ~$15/person one-way; a private taxi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Martha Brae River Bamboo Rafting — </w:t>
      </w:r>
      <w:r>
        <w:rPr>
          <w:rFonts w:ascii="Arial" w:hAnsi="Arial" w:cs="Arial"/>
          <w:b w:val="0"/>
          <w:i w:val="0"/>
          <w:sz w:val="20"/>
        </w:rPr>
        <w:t>Float 3 miles down the Martha Brae River on a 30-foot bamboo raft poled by a local captain.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Dunn's River Falls Climb — </w:t>
      </w:r>
      <w:r>
        <w:rPr>
          <w:rFonts w:ascii="Arial" w:hAnsi="Arial" w:cs="Arial"/>
          <w:b w:val="0"/>
          <w:i w:val="0"/>
          <w:sz w:val="20"/>
        </w:rPr>
        <w:t>Jamaica's most famous attraction: 55-metre terraced waterfalls near Ocho Rios that you climb in a human chain.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Luminous Lagoon Night Boat Tour — </w:t>
      </w:r>
      <w:r>
        <w:rPr>
          <w:rFonts w:ascii="Arial" w:hAnsi="Arial" w:cs="Arial"/>
          <w:b w:val="0"/>
          <w:i w:val="0"/>
          <w:sz w:val="20"/>
        </w:rPr>
        <w:t>Glistening Waters Luminous Lagoon, just 10 minutes from the pier, is among the world's brightest bioluminescent bays.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Falmouth Georgian Town Walk — </w:t>
      </w:r>
      <w:r>
        <w:rPr>
          <w:rFonts w:ascii="Arial" w:hAnsi="Arial" w:cs="Arial"/>
          <w:b w:val="0"/>
          <w:i w:val="0"/>
          <w:sz w:val="20"/>
        </w:rPr>
        <w:t>Falmouth's historic district is one of the best-preserved colonial Georgian towns in the Caribbean.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Chukka Good Hope Estate Eco Adventures — </w:t>
      </w:r>
      <w:r>
        <w:rPr>
          <w:rFonts w:ascii="Arial" w:hAnsi="Arial" w:cs="Arial"/>
          <w:b w:val="0"/>
          <w:i w:val="0"/>
          <w:sz w:val="20"/>
        </w:rPr>
        <w:t>Former 18th-century sugar plantation 25 minutes from the pier now hosts zip-lining, ATV rides, river tubing, and a Great House…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Falmouth Historic District Loop: </w:t>
      </w:r>
      <w:r>
        <w:rPr>
          <w:rFonts w:ascii="Arial" w:hAnsi="Arial" w:cs="Arial"/>
          <w:b w:val="0"/>
          <w:i w:val="0"/>
          <w:sz w:val="20"/>
        </w:rPr>
        <w:t>1.5 km · 30–45 min · Flat — Walk from the pier into Water Square, the civic heart of old Falmouth.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6:25AM–8:42PM · Jul 6:25AM–9:00PM · Sep 7:19AM–7:44PM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cruiseports.org/falmouth-jamaica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Falmouth, Trelawny, Jamaica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lmouth-jamaic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Greenwood Great 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Peter's Anglican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Chukka Eco-Adventure Outpost at Good Hope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William Knibb Memorial Baptist Church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