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Falmouth Harbour, Antigua, Antigua and Barbuda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Georgian naval dockyard turned yachting hub, Falmouth Harbour pairs UNESCO history with stunning hilltop views and easy access to 365 Antiguan beaches.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Tendered / small-ship marina berth · 🕒 Typical call: 7-9 hrs · 💵 Eastern Caribbean Dollar / USD accepted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luxury and expedition ships tender into Falmouth Harbour or berth at the marina; large ships dock in St. John's instead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~30-35 min walk (or short taxi) to Nelson's Dockyard and English Harbour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sailing culture, hilltop views,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Shirley Heights Sunday party (if your call coincides) and sunset from the Lookout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$25–$35 — Government-regulated fixed fares (per vehicle, up to 4 passengers) to St. John's city center. Rate boards are posted at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Nelson's Dockyard National Park — </w:t>
      </w:r>
      <w:r>
        <w:rPr>
          <w:rFonts w:ascii="Arial" w:hAnsi="Arial" w:cs="Arial"/>
          <w:b w:val="0"/>
          <w:i w:val="0"/>
          <w:sz w:val="20"/>
        </w:rPr>
        <w:t>Explore the world's only continuously operating Georgian naval dockyard — a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Shirley Heights Lookout — </w:t>
      </w:r>
      <w:r>
        <w:rPr>
          <w:rFonts w:ascii="Arial" w:hAnsi="Arial" w:cs="Arial"/>
          <w:b w:val="0"/>
          <w:i w:val="0"/>
          <w:sz w:val="20"/>
        </w:rPr>
        <w:t>Hike or taxi up to this former military signal station for panoramic views over Falmouth and English Harbours — on a clear day…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Pigeon Point Beach &amp; Fort Berkeley Hike — </w:t>
      </w:r>
      <w:r>
        <w:rPr>
          <w:rFonts w:ascii="Arial" w:hAnsi="Arial" w:cs="Arial"/>
          <w:b w:val="0"/>
          <w:i w:val="0"/>
          <w:sz w:val="20"/>
        </w:rPr>
        <w:t>Pigeon Point Beach sits just minutes from the pier with calm, clear water and beach bars.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Snorkel Cruise — </w:t>
      </w:r>
      <w:r>
        <w:rPr>
          <w:rFonts w:ascii="Arial" w:hAnsi="Arial" w:cs="Arial"/>
          <w:b w:val="0"/>
          <w:i w:val="0"/>
          <w:sz w:val="20"/>
        </w:rPr>
        <w:t>Sail the south coast on a catamaran for snorkeling at Cades Reef — one of Antigua's best coral gardens — then enjoy a beach BBQ…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Stingray City Encounter — </w:t>
      </w:r>
      <w:r>
        <w:rPr>
          <w:rFonts w:ascii="Arial" w:hAnsi="Arial" w:cs="Arial"/>
          <w:b w:val="0"/>
          <w:i w:val="0"/>
          <w:sz w:val="20"/>
        </w:rPr>
        <w:t>Interact with friendly Southern Rays in their natural shallow-water habitat off the east coast near Seaton's Village,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Falmouth Harbour to Nelson's Dockyard &amp; English Harbour: </w:t>
      </w:r>
      <w:r>
        <w:rPr>
          <w:rFonts w:ascii="Arial" w:hAnsi="Arial" w:cs="Arial"/>
          <w:b w:val="0"/>
          <w:i w:val="0"/>
          <w:sz w:val="20"/>
        </w:rPr>
        <w:t>2.5 km · 30-35 min · Easy · Paved path — Walk along the waterfront from the pier into Nelson's Dockyard, through the Copper and Lumber Store…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Dow's Hill Interpretation Centre to Shirley Heights: </w:t>
      </w:r>
      <w:r>
        <w:rPr>
          <w:rFonts w:ascii="Arial" w:hAnsi="Arial" w:cs="Arial"/>
          <w:b w:val="0"/>
          <w:i w:val="0"/>
          <w:sz w:val="20"/>
        </w:rPr>
        <w:t>1.2 km · 30 min · Moderate · Some uphill — Start at the Dow's Hill Interpretation Centre (a short taxi ride from the pier) for an animated…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5:35AM–6:31PM · Jul 5:41AM–6:44PM · Sep 5:55AM–6:08PM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cruiseports.org/falmouth-antigua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Falmouth Harbour, Antigua, Antigua and Barbuda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lmouth-antigu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Pillars Of Hercules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Family Catholic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Blockhouse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Nelson's Dockyard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Dow's Hill Interpretation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Galleon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Antigua's Donkey Sanctuary Humane Society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