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Falkland Islands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windswept British outpost at the bottom of the world, where penguins outnumber people, 1982 war history is vivid, and every street corner leads to something extraordinary.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(most ships) · 🕒 Typical call: 8-10 hrs · 💷 Falkland/UK Pound (USD accepted) · 🗣️ English · 🐧 Wildlife-rich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Public Jetty (large ships); FIPASS dock for small expedition vessels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tender lands right at Stanley town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King penguins at Volunteer Point, battlefield tours, wildlife photography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Volunteer Point King Penguin colony (book months ahead), Whalebone Arch, Lady Elizabeth shipwreck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Agree fare before boarding — Taxis are limited on ship days. Arrange return pickup before heading outside Stanley, especially for beaches, penguin ar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Volunteer Point King Penguin Colony — </w:t>
      </w:r>
      <w:r>
        <w:rPr>
          <w:rFonts w:ascii="Arial" w:hAnsi="Arial" w:cs="Arial"/>
          <w:b w:val="0"/>
          <w:i w:val="0"/>
          <w:sz w:val="20"/>
        </w:rPr>
        <w:t>The Falklands' most spectacular excursion: a 1,000+ breeding-pair King Penguin colony, plus Gentoo and Magellanic penguins.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Gypsy Cove &amp; Magellanic Penguins — </w:t>
      </w:r>
      <w:r>
        <w:rPr>
          <w:rFonts w:ascii="Arial" w:hAnsi="Arial" w:cs="Arial"/>
          <w:b w:val="0"/>
          <w:i w:val="0"/>
          <w:sz w:val="20"/>
        </w:rPr>
        <w:t>The closest wildlife day-trip from Stanley.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1982 Falklands War Battlefield Tour — </w:t>
      </w:r>
      <w:r>
        <w:rPr>
          <w:rFonts w:ascii="Arial" w:hAnsi="Arial" w:cs="Arial"/>
          <w:b w:val="0"/>
          <w:i w:val="0"/>
          <w:sz w:val="20"/>
        </w:rPr>
        <w:t>Local guides — some who lived through the conflict — lead you to Mount Longdon, Mount Harriet, and the Liberation Monument…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Bertha's Beach &amp; Gentoo Penguins — </w:t>
      </w:r>
      <w:r>
        <w:rPr>
          <w:rFonts w:ascii="Arial" w:hAnsi="Arial" w:cs="Arial"/>
          <w:b w:val="0"/>
          <w:i w:val="0"/>
          <w:sz w:val="20"/>
        </w:rPr>
        <w:t>A sweeping expanse of white sand near Mount Pleasant, with Gentoo penguins nesting near the surf and dolphins regularly spotted…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Stanley Town Walk &amp; Historic Dockyard Museum — </w:t>
      </w:r>
      <w:r>
        <w:rPr>
          <w:rFonts w:ascii="Arial" w:hAnsi="Arial" w:cs="Arial"/>
          <w:b w:val="0"/>
          <w:i w:val="0"/>
          <w:sz w:val="20"/>
        </w:rPr>
        <w:t>Self-guided town walk taking in Christ Church Cathedral, the Whalebone Arch, the Liberation Monument, and the excellent Dockyard…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Ross Road Heritage Stroll: </w:t>
      </w:r>
      <w:r>
        <w:rPr>
          <w:rFonts w:ascii="Arial" w:hAnsi="Arial" w:cs="Arial"/>
          <w:b w:val="0"/>
          <w:i w:val="0"/>
          <w:sz w:val="20"/>
        </w:rPr>
        <w:t>1.5 miles | 30–45 min | Easy flat seafront — Walk west along Ross Road from the Public Jetty past the Whalebone Arch, Christ Church Cathedral…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Lady Elizabeth Shipwreck Walk: </w:t>
      </w:r>
      <w:r>
        <w:rPr>
          <w:rFonts w:ascii="Arial" w:hAnsi="Arial" w:cs="Arial"/>
          <w:b w:val="0"/>
          <w:i w:val="0"/>
          <w:sz w:val="20"/>
        </w:rPr>
        <w:t>2 miles one-way | 1 hr | Easy flat — Head east along Ross Road and the shoreline path to Whalebone Cove.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6:09AM–9:23PM · Jul 6:05AM–9:45PM · Sep 7:27AM–8:00PM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cruiseports.org/falkland-islands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Falkland Islands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alkland-island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Christ Church Cathedral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1982 Liberation Memorial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Falkland Islands Museum and National Trust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