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Fakarava, Tuamotu Archipelago, French Polynesia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second-largest atoll in French Polynesia and a UNESCO Biosphere Reserve, Fakarava offers an impossibly blue lagoon, world-famous shark dives, and a sleepy village that feels like the end of the earth.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6–8 hrs · 💵 French Pacific Franc (XPF) — bring cash · 🗣️ French &amp; Tahitian · 🌊 UNESCO Biosphere Reserve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Rotoava village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Scuba diving, snorkeling, beaches, lagoon tours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Garuae Pass drift dive or Lagon Bleu excursion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Watch Out: </w:t>
      </w:r>
      <w:r>
        <w:rPr>
          <w:rFonts w:ascii="Arial" w:hAnsi="Arial" w:cs="Arial"/>
          <w:b w:val="0"/>
          <w:i w:val="0"/>
          <w:sz w:val="20"/>
        </w:rPr>
        <w:t>One ATM — often empty. Bring XPF cash from Tahiti.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Garuae Pass Drift Dive — </w:t>
      </w:r>
      <w:r>
        <w:rPr>
          <w:rFonts w:ascii="Arial" w:hAnsi="Arial" w:cs="Arial"/>
          <w:b w:val="0"/>
          <w:i w:val="0"/>
          <w:sz w:val="20"/>
        </w:rPr>
        <w:t>The widest pass in French Polynesia offers exhilarating drift diving through walls of grey reef sharks, barracuda, eagle rays…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Lagon Bleu (Blue Lagoon) Boat Tour — </w:t>
      </w:r>
      <w:r>
        <w:rPr>
          <w:rFonts w:ascii="Arial" w:hAnsi="Arial" w:cs="Arial"/>
          <w:b w:val="0"/>
          <w:i w:val="0"/>
          <w:sz w:val="20"/>
        </w:rPr>
        <w:t>A lagoon-within-a-lagoon surrounded by white-sand motus.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Coral Garden Snorkel Tour — </w:t>
      </w:r>
      <w:r>
        <w:rPr>
          <w:rFonts w:ascii="Arial" w:hAnsi="Arial" w:cs="Arial"/>
          <w:b w:val="0"/>
          <w:i w:val="0"/>
          <w:sz w:val="20"/>
        </w:rPr>
        <w:t>A calm, guided snorkel inside the lagoon away from the strong pass currents — ideal for non-divers and families.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Black Pearl Farm Tour — </w:t>
      </w:r>
      <w:r>
        <w:rPr>
          <w:rFonts w:ascii="Arial" w:hAnsi="Arial" w:cs="Arial"/>
          <w:b w:val="0"/>
          <w:i w:val="0"/>
          <w:sz w:val="20"/>
        </w:rPr>
        <w:t>Visit a working Tahitian black pearl farm and learn how pearls are grafted and harvested.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PK 9 Beach by Bike — </w:t>
      </w:r>
      <w:r>
        <w:rPr>
          <w:rFonts w:ascii="Arial" w:hAnsi="Arial" w:cs="Arial"/>
          <w:b w:val="0"/>
          <w:i w:val="0"/>
          <w:sz w:val="20"/>
        </w:rPr>
        <w:t>Cycle 9 km along the flat lagoon road to a picture-perfect white-sand beach with turquoise water and leaning palms.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Rotoava Village to Topaka Lighthouse: </w:t>
      </w:r>
      <w:r>
        <w:rPr>
          <w:rFonts w:ascii="Arial" w:hAnsi="Arial" w:cs="Arial"/>
          <w:b w:val="0"/>
          <w:i w:val="0"/>
          <w:sz w:val="20"/>
        </w:rPr>
        <w:t>3.5 km one-way · ~45 min walk or 15 min bike · Easy flat road — Follow the main lagoon road north from the pier through the quiet village, past the coral-stone…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Rotoava Pier to PK 9 Beach: </w:t>
      </w:r>
      <w:r>
        <w:rPr>
          <w:rFonts w:ascii="Arial" w:hAnsi="Arial" w:cs="Arial"/>
          <w:b w:val="0"/>
          <w:i w:val="0"/>
          <w:sz w:val="20"/>
        </w:rPr>
        <w:t>9 km one-way · E-bike 30 min · Flat dirt road — The island's signature ride: north along the lagoon on a flat track through coconut palms to one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5:58AM–5:19PM · Jul 6:10AM–5:26PM · Sep 5:37AM–5:37PM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cruiseports.org/fakarava-atoll-tuamotus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