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Fair Isle, Shetland,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Britain's most remote inhabited islands, Fair Isle sits halfway between Shetland and Orkney — celebrated for world-class birdwatching, centuries-old knitting traditions, and clifftop walks above crashing North Sea swells.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4–6 hrs · 💷 GBP (British Pound) · 🗣️ English · 🐦 Wildlife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Zodiac or small boat to North or South Haven pier (weather-dependent)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Island is small (~5 km long); most sites reachable on foot in 15–40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Birdwatching, coastal walking, authentic Fair Isle knitwear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Fair Isle Bird Observatory (FIBO) and sea-cliff seabird colonies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Fair Isle Bird Observatory Visit — </w:t>
      </w:r>
      <w:r>
        <w:rPr>
          <w:rFonts w:ascii="Arial" w:hAnsi="Arial" w:cs="Arial"/>
          <w:b w:val="0"/>
          <w:i w:val="0"/>
          <w:sz w:val="20"/>
        </w:rPr>
        <w:t>The FIBO (reopened 2025 in a new facility) records daily sightings of 350+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Vaasetter &amp; Sheep Rock Walk — </w:t>
      </w:r>
      <w:r>
        <w:rPr>
          <w:rFonts w:ascii="Arial" w:hAnsi="Arial" w:cs="Arial"/>
          <w:b w:val="0"/>
          <w:i w:val="0"/>
          <w:sz w:val="20"/>
        </w:rPr>
        <w:t>A walk from North Haven past Landberg's Iron Age fort to the summit of Vaasetter rewards with the classic view of Sheep Rock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Fair Isle Knitting &amp; Museum — </w:t>
      </w:r>
      <w:r>
        <w:rPr>
          <w:rFonts w:ascii="Arial" w:hAnsi="Arial" w:cs="Arial"/>
          <w:b w:val="0"/>
          <w:i w:val="0"/>
          <w:sz w:val="20"/>
        </w:rPr>
        <w:t>The George Waterston Memorial Centre covers island life, wartime history, fishing, and the famous multi-coloured knitting patterns.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Ward Hill &amp; North Lighthouse Walk — </w:t>
      </w:r>
      <w:r>
        <w:rPr>
          <w:rFonts w:ascii="Arial" w:hAnsi="Arial" w:cs="Arial"/>
          <w:b w:val="0"/>
          <w:i w:val="0"/>
          <w:sz w:val="20"/>
        </w:rPr>
        <w:t>A longer hike to Ward Hill (217 m), Fair Isle's highest point, rewards with panoramic views over both coasts and — on clear days…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Haven to Bird Observatory: </w:t>
      </w:r>
      <w:r>
        <w:rPr>
          <w:rFonts w:ascii="Arial" w:hAnsi="Arial" w:cs="Arial"/>
          <w:b w:val="0"/>
          <w:i w:val="0"/>
          <w:sz w:val="20"/>
        </w:rPr>
        <w:t>1.5 km · 20 min · Easy — From the North Haven pier, follow the track uphill past croft houses to the Fair Isle Bird…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Vaasetter &amp; South Harbour Circuit: </w:t>
      </w:r>
      <w:r>
        <w:rPr>
          <w:rFonts w:ascii="Arial" w:hAnsi="Arial" w:cs="Arial"/>
          <w:b w:val="0"/>
          <w:i w:val="0"/>
          <w:sz w:val="20"/>
        </w:rPr>
        <w:t>5 km · 2.5 hrs · Moderate — From North Haven, follow the road past the Bird Observatory and Landberg headland, then climb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4:32AM–9:35PM · Jul 4:15AM–10:08PM · Sep 6:35AM–7:26PM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cruiseports.org/fair-isle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