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Faaborg, Funen,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tidy harbor town where Funen's rolling hills meet the South Funen Archipelago — step off your ship into cobblestone lanes, a world-class regional art museum, and easy ferry hops to idyllic small islands.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Small pier (compact vessels dock; large ships may tender) · 🕒 Typical call: 6–8 hrs · 💵 Danish Krone (DKK) · 🗣️ Danish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quay — boutique/expedition ships dock directly; max draft ~4 m. Larger ships tender.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from the quay to Torvet (main square)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Scandinavian art, island-hopping, quiet cobblestone walks, smoked fish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Faaborg Museum (Funen Painters) and a ferry to Lyø or Avernakø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55–70 DKK — Local taxis (Faaborg Taxa) wait at the harbour. Base fare is ~33 DKK plus ~10 DKK/km; a short hop to the town square is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Faaborg Museum — Funen Painters — </w:t>
      </w:r>
      <w:r>
        <w:rPr>
          <w:rFonts w:ascii="Arial" w:hAnsi="Arial" w:cs="Arial"/>
          <w:b w:val="0"/>
          <w:i w:val="0"/>
          <w:sz w:val="20"/>
        </w:rPr>
        <w:t>One of Denmark's most important regional art museums, the 1915 building itself is a total work of art.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Egeskov Castle — </w:t>
      </w:r>
      <w:r>
        <w:rPr>
          <w:rFonts w:ascii="Arial" w:hAnsi="Arial" w:cs="Arial"/>
          <w:b w:val="0"/>
          <w:i w:val="0"/>
          <w:sz w:val="20"/>
        </w:rPr>
        <w:t>One of Europe's best-preserved Renaissance water castles, Egeskov sits on oak piles in a lake ~21 km from Faaborg.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to Lyø or Avernakø — </w:t>
      </w:r>
      <w:r>
        <w:rPr>
          <w:rFonts w:ascii="Arial" w:hAnsi="Arial" w:cs="Arial"/>
          <w:b w:val="0"/>
          <w:i w:val="0"/>
          <w:sz w:val="20"/>
        </w:rPr>
        <w:t>Short passenger ferries from Faaborg harbour reach the quiet archipelago islands of Lyø and Avernakø — car-free, unspoiled,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Svanninge Hills (Fynske Alps) — </w:t>
      </w:r>
      <w:r>
        <w:rPr>
          <w:rFonts w:ascii="Arial" w:hAnsi="Arial" w:cs="Arial"/>
          <w:b w:val="0"/>
          <w:i w:val="0"/>
          <w:sz w:val="20"/>
        </w:rPr>
        <w:t>Denmark's hilliest terrain — modest by international standards but genuinely dramatic for this flat country.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Cobblestone Town Walk &amp; Øhavsmuseet — </w:t>
      </w:r>
      <w:r>
        <w:rPr>
          <w:rFonts w:ascii="Arial" w:hAnsi="Arial" w:cs="Arial"/>
          <w:b w:val="0"/>
          <w:i w:val="0"/>
          <w:sz w:val="20"/>
        </w:rPr>
        <w:t>Wander Faaborg's medieval lanes, past the old church, the freestanding medieval Bell Tower (Klokketårnet), and the Øhavsmuseet…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Old Town Loop: </w:t>
      </w:r>
      <w:r>
        <w:rPr>
          <w:rFonts w:ascii="Arial" w:hAnsi="Arial" w:cs="Arial"/>
          <w:b w:val="0"/>
          <w:i w:val="0"/>
          <w:sz w:val="20"/>
        </w:rPr>
        <w:t>1.5 km · 25–35 min · Easy — A short loop that takes in the harbor, main square (Torvet), the medieval church, the Bell Tower…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the Faaborg Museum: </w:t>
      </w:r>
      <w:r>
        <w:rPr>
          <w:rFonts w:ascii="Arial" w:hAnsi="Arial" w:cs="Arial"/>
          <w:b w:val="0"/>
          <w:i w:val="0"/>
          <w:sz w:val="20"/>
        </w:rPr>
        <w:t>0.8 km one way · 10 min · Easy — A straight walk from the harbor through the pedestrian zone to the Faaborg Museum on Grønnegade…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5:11AM–9:20PM · Jul 5:00AM–9:48PM · Sep 6:51AM–7:35PM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cruiseports.org/faaborg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Faaborg, Funen,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abo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Faaborg MiniBy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Faaborg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Øhavsmuseet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Faaborg Clock Tower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Trebjerg, Dronningeudsigten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Holstenshuus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bell stone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