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Exuma Islands,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365 cays of neon-blue water, blindingly white sandbars, and a pace of life that makes Nassau feel like Times Square. The Exumas are the Bahamas as they were meant to be — uncommercialized, wild, and drop-dead gorgeous.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6–8 hrs · 💵 USD / Bahamian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Government Dock, George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land in the center of George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sandbars, snorkeling, local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Stocking Island water taxi + Chat 'N' Chill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$25–$45 — Fixed-zone rates (no meters) — always confirm the fare before you get in. An additional $3/person applies for groups ove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Swimming Pigs of Big Major Cay — </w:t>
      </w:r>
      <w:r>
        <w:rPr>
          <w:rFonts w:ascii="Arial" w:hAnsi="Arial" w:cs="Arial"/>
          <w:b w:val="0"/>
          <w:i w:val="0"/>
          <w:sz w:val="20"/>
        </w:rPr>
        <w:t>The original swimming pigs live at Big Major Cay near Staniel Cay, about 55 miles north of George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Stocking Island &amp; Chat 'N' Chill — </w:t>
      </w:r>
      <w:r>
        <w:rPr>
          <w:rFonts w:ascii="Arial" w:hAnsi="Arial" w:cs="Arial"/>
          <w:b w:val="0"/>
          <w:i w:val="0"/>
          <w:sz w:val="20"/>
        </w:rPr>
        <w:t>A $20 round-trip water taxi from the Government Dock crosses to Stocking Island's twin beaches — calm harbor side and a wild…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Thunderball Grotto — </w:t>
      </w:r>
      <w:r>
        <w:rPr>
          <w:rFonts w:ascii="Arial" w:hAnsi="Arial" w:cs="Arial"/>
          <w:b w:val="0"/>
          <w:i w:val="0"/>
          <w:sz w:val="20"/>
        </w:rPr>
        <w:t>A cathedral-like underwater cave near Staniel Cay featured in two James Bond films.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Sandbar Walk at Coco Plum Beach — </w:t>
      </w:r>
      <w:r>
        <w:rPr>
          <w:rFonts w:ascii="Arial" w:hAnsi="Arial" w:cs="Arial"/>
          <w:b w:val="0"/>
          <w:i w:val="0"/>
          <w:sz w:val="20"/>
        </w:rPr>
        <w:t>At low tide, a vast sandbar unfolds north of George Town — you can wade hundreds of yards into the ocean with water barely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Moriah Harbour Cay Kayak &amp; Eco Tour — </w:t>
      </w:r>
      <w:r>
        <w:rPr>
          <w:rFonts w:ascii="Arial" w:hAnsi="Arial" w:cs="Arial"/>
          <w:b w:val="0"/>
          <w:i w:val="0"/>
          <w:sz w:val="20"/>
        </w:rPr>
        <w:t>Paddle through the protected national park's mangroves and crystal flats, spotting baby lemon sharks, stingrays, and sea turtles…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George Town Waterfront Loop: </w:t>
      </w:r>
      <w:r>
        <w:rPr>
          <w:rFonts w:ascii="Arial" w:hAnsi="Arial" w:cs="Arial"/>
          <w:b w:val="0"/>
          <w:i w:val="0"/>
          <w:sz w:val="20"/>
        </w:rPr>
        <w:t>Easy · ~30 min · Flat — From the Government Dock, walk along the waterfront to Lake Victoria — a landlocked saltwater lake…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7:11AM–7:25PM · Jun 7:06AM–7:32PM · Aug 7:14AM–7:31PM · Sep 7:09AM–7:18PM · Oct 7:04AM–7:04PM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king. Water taxis, straw vendors, and most beach shacks don't take cards. Bring USD — it's accepted 1:1 with the Bahamian dollar.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before you ride. Taxis have no meters. Agree on the fare before you get in. A shared taxi to Tropic of Cancer Beach runs roughly $15–20 per person…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Swimming pigs are far away. Big Major Cay is ~55 miles north — budget a full day and book in advance. Operators in George Town also run shorter tours to cays…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cruiseports.org/exuma-islands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