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Exmouth, Western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red outback meets a UNESCO World Heritage reef — and whale sharks cruise the same clear water you're snorkeling in. Exmouth is remote, raw, and unlike anywhere else a cruise ship calls.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— no pier · 🕒 Typical call: 8–10 hrs · 💵 Australian Dollar (AUD) · 🗣️ English · 🐠 Ningaloo Reef UNESCO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Exmouth Boat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~3 km from marina (shuttle recommended)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whale sharks, reef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Turquoise Bay drift snorkel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AUD – — Local taxis serve the area; short runs around town start ~AUD , while private transfers from the tender point to hotels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 with Whale Sharks — </w:t>
      </w:r>
      <w:r>
        <w:rPr>
          <w:rFonts w:ascii="Arial" w:hAnsi="Arial" w:cs="Arial"/>
          <w:b w:val="0"/>
          <w:i w:val="0"/>
          <w:sz w:val="20"/>
        </w:rPr>
        <w:t>Ningaloo hosts the world's largest aggregation of whale sharks (March–July).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Turquoise Bay Drift Snorkel — </w:t>
      </w:r>
      <w:r>
        <w:rPr>
          <w:rFonts w:ascii="Arial" w:hAnsi="Arial" w:cs="Arial"/>
          <w:b w:val="0"/>
          <w:i w:val="0"/>
          <w:sz w:val="20"/>
        </w:rPr>
        <w:t>Widely voted one of Australia's best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Range National Park Tour — </w:t>
      </w:r>
      <w:r>
        <w:rPr>
          <w:rFonts w:ascii="Arial" w:hAnsi="Arial" w:cs="Arial"/>
          <w:b w:val="0"/>
          <w:i w:val="0"/>
          <w:sz w:val="20"/>
        </w:rPr>
        <w:t>Red limestone gorges, kangaroos, rock wallabies, and sweeping Indian Ocean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Humpback Whale Watching — </w:t>
      </w:r>
      <w:r>
        <w:rPr>
          <w:rFonts w:ascii="Arial" w:hAnsi="Arial" w:cs="Arial"/>
          <w:b w:val="0"/>
          <w:i w:val="0"/>
          <w:sz w:val="20"/>
        </w:rPr>
        <w:t>June to November, thousands of humpbacks migrate past the North West Cape.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Glass-Bottom Boat — Ningaloo Reef — </w:t>
      </w:r>
      <w:r>
        <w:rPr>
          <w:rFonts w:ascii="Arial" w:hAnsi="Arial" w:cs="Arial"/>
          <w:b w:val="0"/>
          <w:i w:val="0"/>
          <w:sz w:val="20"/>
        </w:rPr>
        <w:t>See the coral and marine life without getting wet.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Heritage &amp; Emu Stroll: </w:t>
      </w:r>
      <w:r>
        <w:rPr>
          <w:rFonts w:ascii="Arial" w:hAnsi="Arial" w:cs="Arial"/>
          <w:b w:val="0"/>
          <w:i w:val="0"/>
          <w:sz w:val="20"/>
        </w:rPr>
        <w:t>1–2 km · Flat · 30–45 min — From the shuttle drop-off at the Ningaloo Centre, wander the main street to Froth Craft Brewery…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Yardie Creek Trail: </w:t>
      </w:r>
      <w:r>
        <w:rPr>
          <w:rFonts w:ascii="Arial" w:hAnsi="Arial" w:cs="Arial"/>
          <w:b w:val="0"/>
          <w:i w:val="0"/>
          <w:sz w:val="20"/>
        </w:rPr>
        <w:t>2 km return · Easy–moderate · 1 hr · National Park entry required — A short gorge-top walk above the turquoise creek with red limestone cliffs and sightings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5:25AM–8:55PM · Jul 5:18AM–9:19PM · Sep 6:49AM–7:26PM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cruiseports.org/exmouth-wa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Exmouth, Western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mouth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Mauritius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Bundegi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Jurabi Turtle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Vlamingh Head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Ningaloo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Dunes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