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Eureka, California,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California's Victorian seaport sits at the edge of the redwood curtain — step off the ship into a perfectly preserved 19th-century Old Town, then head inland to walk among 1,000-year-old giants.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(Schneider Dock) · 🕒 Typical call: 8 hrs · 💵 USD · 🗣️ English · 🌲 Redwood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Schneider Dock, Old Town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Old Town; Carson Mansion 15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Victorian architecture, redwood day trips, maritime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Avenue of the Giants or Redwood Sky Walk; Madaket harbor cruise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~$5 base + ~$3/mile — Local taxis serve the port area with a base fare plus per-mile rate. The short distance to Old Town keeps fares low; tip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Avenue of the Giants Drive — </w:t>
      </w:r>
      <w:r>
        <w:rPr>
          <w:rFonts w:ascii="Arial" w:hAnsi="Arial" w:cs="Arial"/>
          <w:b w:val="0"/>
          <w:i w:val="0"/>
          <w:sz w:val="20"/>
        </w:rPr>
        <w:t>A 31-mile scenic highway through old-growth redwoods south of Eureka, passing trees over 300 feet tall and 1,000 years old.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Redwood Sky Walk at Sequoia Park Zoo — </w:t>
      </w:r>
      <w:r>
        <w:rPr>
          <w:rFonts w:ascii="Arial" w:hAnsi="Arial" w:cs="Arial"/>
          <w:b w:val="0"/>
          <w:i w:val="0"/>
          <w:sz w:val="20"/>
        </w:rPr>
        <w:t>Walk suspension bridges over 100 feet up through the redwood canopy at Sequoia Park — California's oldest zoo (est.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Madaket Harbor Cruise — </w:t>
      </w:r>
      <w:r>
        <w:rPr>
          <w:rFonts w:ascii="Arial" w:hAnsi="Arial" w:cs="Arial"/>
          <w:b w:val="0"/>
          <w:i w:val="0"/>
          <w:sz w:val="20"/>
        </w:rPr>
        <w:t>Board the M.V.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Ox Millworks Living History Park — </w:t>
      </w:r>
      <w:r>
        <w:rPr>
          <w:rFonts w:ascii="Arial" w:hAnsi="Arial" w:cs="Arial"/>
          <w:b w:val="0"/>
          <w:i w:val="0"/>
          <w:sz w:val="20"/>
        </w:rPr>
        <w:t>A working Victorian millwork shop where craftspeople use antique machinery to create ornate gingerbread architecture.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Carson Mansion &amp; Victorian Walking Tour — </w:t>
      </w:r>
      <w:r>
        <w:rPr>
          <w:rFonts w:ascii="Arial" w:hAnsi="Arial" w:cs="Arial"/>
          <w:b w:val="0"/>
          <w:i w:val="0"/>
          <w:sz w:val="20"/>
        </w:rPr>
        <w:t>The 1886 Carson Mansion is widely regarded as the most spectacular Victorian house in America.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Waterfront Loop: </w:t>
      </w:r>
      <w:r>
        <w:rPr>
          <w:rFonts w:ascii="Arial" w:hAnsi="Arial" w:cs="Arial"/>
          <w:b w:val="0"/>
          <w:i w:val="0"/>
          <w:sz w:val="20"/>
        </w:rPr>
        <w:t>1.5 miles · 45 min · Flat — From Schneider Dock, follow the waterfront boardwalk north past the F Street Pier, then cut inland…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Carson Mansion Stroll: </w:t>
      </w:r>
      <w:r>
        <w:rPr>
          <w:rFonts w:ascii="Arial" w:hAnsi="Arial" w:cs="Arial"/>
          <w:b w:val="0"/>
          <w:i w:val="0"/>
          <w:sz w:val="20"/>
        </w:rPr>
        <w:t>1.8 miles round-trip · 45 min · Flat — Head east along 2nd or 3rd Street from Old Town to reach the Carson Mansion at M Street.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5:59AM–8:27PM · Jul 5:58AM–8:46PM · Sep 6:57AM–7:24PM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cruiseports.org/eureka-ca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Eureka, California,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ureka-c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Sequoia Park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Six Rivers National Forest Headquarters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Humboldt State Historic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Sequoia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Mad River Beach County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Manila Dunes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Halvorsen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Ma-le'l Dunes North Unit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