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Étretat, Normandy,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Monet painted them. Arsène Lupin hid secrets in them. The chalk arches and needle-rock of Étretat are among France's most dramatic coastal sights — and entirely worth the 40-minute drive from Le Havre.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Shore excursion from Le Havre (docked pier) · 🕒 Typical call: 8-10 hrs (Le Havre day) · 💶 Euro (€) · 🗣️ French · 🥾 Cliff walks + pebble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Le Havre pier (~30 km, 40-min drive)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cliffs: </w:t>
      </w:r>
      <w:r>
        <w:rPr>
          <w:rFonts w:ascii="Arial" w:hAnsi="Arial" w:cs="Arial"/>
          <w:b w:val="0"/>
          <w:i w:val="0"/>
          <w:sz w:val="20"/>
        </w:rPr>
        <w:t>5 min from village center to beach &amp; cliff base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cliff walks, Impressionist history, Norman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Falaise d'Aval arch &amp; the Needle at high tide viewpoint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€65–€95 — Private taxi from Le Havre cruise terminal to Étretat (~30 km, ~35 min). Minivan for 5–8 passengers runs ~€117.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Falaise d'Aval Cliff Walk — </w:t>
      </w:r>
      <w:r>
        <w:rPr>
          <w:rFonts w:ascii="Arial" w:hAnsi="Arial" w:cs="Arial"/>
          <w:b w:val="0"/>
          <w:i w:val="0"/>
          <w:sz w:val="20"/>
        </w:rPr>
        <w:t>The 20-minute hike up the left cliff delivers the money shot: the elephant-trunk arch and the solitary 70 m Needle rising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Jardins d'Étretat — </w:t>
      </w:r>
      <w:r>
        <w:rPr>
          <w:rFonts w:ascii="Arial" w:hAnsi="Arial" w:cs="Arial"/>
          <w:b w:val="0"/>
          <w:i w:val="0"/>
          <w:sz w:val="20"/>
        </w:rPr>
        <w:t>A surrealist garden on top of the Falaise d'Amont where hedges are sculpted into waves and giant green faces.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Clos Arsène Lupin Museum — </w:t>
      </w:r>
      <w:r>
        <w:rPr>
          <w:rFonts w:ascii="Arial" w:hAnsi="Arial" w:cs="Arial"/>
          <w:b w:val="0"/>
          <w:i w:val="0"/>
          <w:sz w:val="20"/>
        </w:rPr>
        <w:t>The house where Maurice Leblanc wrote his Arsène Lupin mysteries — made famous anew by the Netflix series.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Falaise d'Amont &amp; Notre-Dame de la Garde — </w:t>
      </w:r>
      <w:r>
        <w:rPr>
          <w:rFonts w:ascii="Arial" w:hAnsi="Arial" w:cs="Arial"/>
          <w:b w:val="0"/>
          <w:i w:val="0"/>
          <w:sz w:val="20"/>
        </w:rPr>
        <w:t>The right-hand cliff with its seafarers' chapel, Notre-Dame de la Garde (rebuilt 1950), and the soaring Nungesser &amp; Coli aviation…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Norman Food &amp; Cider Lunch — </w:t>
      </w:r>
      <w:r>
        <w:rPr>
          <w:rFonts w:ascii="Arial" w:hAnsi="Arial" w:cs="Arial"/>
          <w:b w:val="0"/>
          <w:i w:val="0"/>
          <w:sz w:val="20"/>
        </w:rPr>
        <w:t>Normandy means moules-frites in cream-cider sauce, Camembert-stuffed galettes, and Calvados to finish.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&amp; Falaise d'Aval Loop: </w:t>
      </w:r>
      <w:r>
        <w:rPr>
          <w:rFonts w:ascii="Arial" w:hAnsi="Arial" w:cs="Arial"/>
          <w:b w:val="0"/>
          <w:i w:val="0"/>
          <w:sz w:val="20"/>
        </w:rPr>
        <w:t>2.5 km · 1-1.5 hrs · Moderate (steep cliff steps) — Walk the pebble boardwalk to the cliff base, climb the stepped path to the Falaise d'Aval…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Covered Market Stroll: </w:t>
      </w:r>
      <w:r>
        <w:rPr>
          <w:rFonts w:ascii="Arial" w:hAnsi="Arial" w:cs="Arial"/>
          <w:b w:val="0"/>
          <w:i w:val="0"/>
          <w:sz w:val="20"/>
        </w:rPr>
        <w:t>1 km · 30 min · Easy — A flat wander through the village: the timber-framed Vieux Marché covered market, the casino…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6:14AM–9:37PM · Jul 6:08AM–10:01PM · Sep 7:35AM–8:11PM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cruiseports.org/etretat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Étretat, Normandy,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treta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Château des Aygues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d’Étretat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Jardins d'Etretat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petit train d'Etretat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TIM JET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Clos Arsene Lupin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