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Esztergom, Komárom-Esztergom, Hungary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Hungary's ancient capital rises from the Danube Bend in a sweep of Baroque domes and castle ramparts. Step ashore in Viziváros, walk to Slovakia across a graceful bridge, and climb to a basilica that lords over two countries.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(riverside pier) · 🕒 Typical call: 5–8 hrs · 💵 Hungarian Forint (HUF) · 🗣️ Hungarian / English spoken in tourist areas · 🏰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along the Viziváros quay;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Viziváros; 15–20 min uphill to Basilica (or short taxi)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panoramic views, cross-border walks to Slovakia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Esztergom Basilica dome climb and walk across Mária Valéria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1,150–2,000 HUF (~€3–5) — Local taxis are available near the dock. Base fare is ~700 HUF plus ~300 HUF/km; in-town distances are short so fares 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Esztergom Basilica &amp; Dome Climb — </w:t>
      </w:r>
      <w:r>
        <w:rPr>
          <w:rFonts w:ascii="Arial" w:hAnsi="Arial" w:cs="Arial"/>
          <w:b w:val="0"/>
          <w:i w:val="0"/>
          <w:sz w:val="20"/>
        </w:rPr>
        <w:t>Hungary's largest church dominates Castle Hill with its neoclassical bulk.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Esztergom Castle Museum — </w:t>
      </w:r>
      <w:r>
        <w:rPr>
          <w:rFonts w:ascii="Arial" w:hAnsi="Arial" w:cs="Arial"/>
          <w:b w:val="0"/>
          <w:i w:val="0"/>
          <w:sz w:val="20"/>
        </w:rPr>
        <w:t>Hungary's first royal palace stands alongside the Basilica on Castle Hill.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Christian Museum (Keresztény Múzeum) — </w:t>
      </w:r>
      <w:r>
        <w:rPr>
          <w:rFonts w:ascii="Arial" w:hAnsi="Arial" w:cs="Arial"/>
          <w:b w:val="0"/>
          <w:i w:val="0"/>
          <w:sz w:val="20"/>
        </w:rPr>
        <w:t>Housed in the Primate's Palace in Viziváros, this is one of Hungary's finest art museums — a trove of medieval and Renaissance…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Across Mária Valéria Bridge to Slovakia — </w:t>
      </w:r>
      <w:r>
        <w:rPr>
          <w:rFonts w:ascii="Arial" w:hAnsi="Arial" w:cs="Arial"/>
          <w:b w:val="0"/>
          <w:i w:val="0"/>
          <w:sz w:val="20"/>
        </w:rPr>
        <w:t>Stroll across the elegant 1895 bridge to Štúrovo, Slovakia for a genuinely cross-border experience.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Viziváros Lunch &amp; Wine Tasting — </w:t>
      </w:r>
      <w:r>
        <w:rPr>
          <w:rFonts w:ascii="Arial" w:hAnsi="Arial" w:cs="Arial"/>
          <w:b w:val="0"/>
          <w:i w:val="0"/>
          <w:sz w:val="20"/>
        </w:rPr>
        <w:t>The Water Town lanes around the pier are lined with traditional Hungarian restaurants.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Quay to Basilica Loop: </w:t>
      </w:r>
      <w:r>
        <w:rPr>
          <w:rFonts w:ascii="Arial" w:hAnsi="Arial" w:cs="Arial"/>
          <w:b w:val="0"/>
          <w:i w:val="0"/>
          <w:sz w:val="20"/>
        </w:rPr>
        <w:t>2.5 km | 45–60 min | Moderate (one steep hill) — From the riverside pier, walk through Viziváros past the Christian Museum, then climb Castle Hill…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Border Bridge Walk: </w:t>
      </w:r>
      <w:r>
        <w:rPr>
          <w:rFonts w:ascii="Arial" w:hAnsi="Arial" w:cs="Arial"/>
          <w:b w:val="0"/>
          <w:i w:val="0"/>
          <w:sz w:val="20"/>
        </w:rPr>
        <w:t>2 km return | 30 min | Easy, flat — Head north along the embankment to the Mária Valéria Bridge, cross into Štúrovo (Slovakia) for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5:07AM–8:16PM · Jul 5:02AM–8:39PM · Sep 6:22AM–6:56PM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cruiseports.org/esztergom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Esztergom, Komárom-Esztergom, Hungary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ztergo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Esztergom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Predikálószék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Hajózástörténeti Múzeum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Hungarian Environment and Water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Hideglelős-kereszt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Island Esztergom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Mining Museum Csolnok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Christian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