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Española Island, Galápagos, Ecuador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Galápagos's oldest and most isolated islands, Española delivers wildlife encounters so close you'll forget you're not dreaming — nesting albatross with 8-foot wingspans, sea lion colonies on powder-white sand, and a blowhole that fires ocean spray 75 feet into the air.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(panga landing) · 🕒 Typical call: 5–7 hrs · 💵 USD (no commerce on island) · 🗣️ Spanish / English guides · 🦅 Wildlife-first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(panga) only — wet landing at Gardner Bay, dry landing at Punta Suarez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 town — two visitor sites accessed by guided trail (1–2 miles each)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photography, snorkeling, pristine beaches, birdwatching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Waved Albatross courtship dance (Apr–Dec) and El Soplador blowhole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Punta Suarez Wildlife Trail — </w:t>
      </w:r>
      <w:r>
        <w:rPr>
          <w:rFonts w:ascii="Arial" w:hAnsi="Arial" w:cs="Arial"/>
          <w:b w:val="0"/>
          <w:i w:val="0"/>
          <w:sz w:val="20"/>
        </w:rPr>
        <w:t>The island's showpiece — a 1.5–2 mile loop over volcanic boulder fields past nesting Waved Albatross (Apr–Dec), Blue-footed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Gardner Bay Beach — </w:t>
      </w:r>
      <w:r>
        <w:rPr>
          <w:rFonts w:ascii="Arial" w:hAnsi="Arial" w:cs="Arial"/>
          <w:b w:val="0"/>
          <w:i w:val="0"/>
          <w:sz w:val="20"/>
        </w:rPr>
        <w:t>One of the Galápagos's most stunning beaches — a mile of powdery white coral sand shared with hundreds of lounging sea lions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at Gardner &amp; Osborn Islets — </w:t>
      </w:r>
      <w:r>
        <w:rPr>
          <w:rFonts w:ascii="Arial" w:hAnsi="Arial" w:cs="Arial"/>
          <w:b w:val="0"/>
          <w:i w:val="0"/>
          <w:sz w:val="20"/>
        </w:rPr>
        <w:t>The waters just off Española teem with life: playful sea lion pups, eagle rays, manta rays, Galápagos sharks, white-tip reef…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Soplador Blowhole — </w:t>
      </w:r>
      <w:r>
        <w:rPr>
          <w:rFonts w:ascii="Arial" w:hAnsi="Arial" w:cs="Arial"/>
          <w:b w:val="0"/>
          <w:i w:val="0"/>
          <w:sz w:val="20"/>
        </w:rPr>
        <w:t>At the end of the Punta Suarez trail, a natural fissure in the volcanic cliffs channels incoming waves into a geyser that shoots…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Punta Suarez Loop Trail: </w:t>
      </w:r>
      <w:r>
        <w:rPr>
          <w:rFonts w:ascii="Arial" w:hAnsi="Arial" w:cs="Arial"/>
          <w:b w:val="0"/>
          <w:i w:val="0"/>
          <w:sz w:val="20"/>
        </w:rPr>
        <w:t>1.5–2 miles | 2–3 hrs | Moderate — Rocky volcanic loop past booby nesting grounds, albatross colonies (Apr–Dec), Christmas iguanas…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Gardner Bay Beach Walk: </w:t>
      </w:r>
      <w:r>
        <w:rPr>
          <w:rFonts w:ascii="Arial" w:hAnsi="Arial" w:cs="Arial"/>
          <w:b w:val="0"/>
          <w:i w:val="0"/>
          <w:sz w:val="20"/>
        </w:rPr>
        <w:t>~1 mile | 1 hr | Easy — Leisurely stroll along one of the Galápagos's finest white-sand beaches, weaving between sea lion…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Pack two pairs of footwear. Closed-toe hiking shoes for Punta Suarez's sharp lava; water sandals or shoes for the wet Gardner Bay landing.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Sun protection is non-negotiable. Española sits on the equator with zero shade. Wide-brim hat, UV shirt, reef-safe sunscreen (required — protect the reef).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Rough seas ahead. The passage to Española is among the roughest in the archipelago. Take anti-nausea medication before departure if you're at all susceptible.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cruiseports.org/espanola-island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