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Eskifjörður, East Iceland, Iceland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serene East Iceland fishing village backed by Mount Hólmatindur, Eskifjörður offers an honest taste of Icelandic life — colorful boathouses, a Victorian herring station, and the world's finest Iceland Spar calcite mine nearby.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(most ships dock) · 🕒 Typical call: 6-8 hrs · 💵 ISK — cards accepted everywhere · 🗣️ Icelandic (English spoken by all)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most cruise ships dock at the town quay; large vessels may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from pier to town center; 20 min to Randulff's Sea House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Geology, herring history, fjord scenery, authentic Icelandic village 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Randulff's Sea House restaurant and the Iceland Spar (Helgustaðanáma) mine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~$6-15 USD — Local taxis are available but not stationed at the port. Must be pre-booked in advance through the local visitor center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Randulff's Sea House &amp; Herring Museum — </w:t>
      </w:r>
      <w:r>
        <w:rPr>
          <w:rFonts w:ascii="Arial" w:hAnsi="Arial" w:cs="Arial"/>
          <w:b w:val="0"/>
          <w:i w:val="0"/>
          <w:sz w:val="20"/>
        </w:rPr>
        <w:t>Step inside this 1890 Norwegian herring station — a preserved bunkhouse where 'herring girls' lived, with a traditional…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Helgustaðanáma Iceland Spar Mine — </w:t>
      </w:r>
      <w:r>
        <w:rPr>
          <w:rFonts w:ascii="Arial" w:hAnsi="Arial" w:cs="Arial"/>
          <w:b w:val="0"/>
          <w:i w:val="0"/>
          <w:sz w:val="20"/>
        </w:rPr>
        <w:t>The world's most famous transparent calcite deposit, historically used in optics and possibly as the Viking 'sunstone' compass.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East Iceland Maritime Museum — </w:t>
      </w:r>
      <w:r>
        <w:rPr>
          <w:rFonts w:ascii="Arial" w:hAnsi="Arial" w:cs="Arial"/>
          <w:b w:val="0"/>
          <w:i w:val="0"/>
          <w:sz w:val="20"/>
        </w:rPr>
        <w:t>Housed in a restored 1816 building, this museum covers East Iceland's fishing, whaling, and shark-hunting heritage with vintage…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Eskifjörður Geothermal Swimming Pool — </w:t>
      </w:r>
      <w:r>
        <w:rPr>
          <w:rFonts w:ascii="Arial" w:hAnsi="Arial" w:cs="Arial"/>
          <w:b w:val="0"/>
          <w:i w:val="0"/>
          <w:sz w:val="20"/>
        </w:rPr>
        <w:t>The local sundlaug: outdoor lap pool, hot pots at varying temperatures, steam bath, and waterslides — all with fjord and mountain…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East Fjords Scenic Drive &amp; Tunnel — </w:t>
      </w:r>
      <w:r>
        <w:rPr>
          <w:rFonts w:ascii="Arial" w:hAnsi="Arial" w:cs="Arial"/>
          <w:b w:val="0"/>
          <w:i w:val="0"/>
          <w:sz w:val="20"/>
        </w:rPr>
        <w:t>Drive the tunnel from Eskifjörður to neighbouring Neskaupstaður or wind through the mountain road to Seyðisfjörður — one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Strandgata Shoreline Stroll: </w:t>
      </w:r>
      <w:r>
        <w:rPr>
          <w:rFonts w:ascii="Arial" w:hAnsi="Arial" w:cs="Arial"/>
          <w:b w:val="0"/>
          <w:i w:val="0"/>
          <w:sz w:val="20"/>
        </w:rPr>
        <w:t>1.5 km · Flat · 20 min one way — Walk along the main harbor road past the iconic red wooden boathouses, the Maritime Museum,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Bleiksárfoss Waterfall Walk: </w:t>
      </w:r>
      <w:r>
        <w:rPr>
          <w:rFonts w:ascii="Arial" w:hAnsi="Arial" w:cs="Arial"/>
          <w:b w:val="0"/>
          <w:i w:val="0"/>
          <w:sz w:val="20"/>
        </w:rPr>
        <w:t>1 km round-trip · Easy · 20 min — A short, gentle uphill walk from the town center leads to Bleiksárfoss, a multi-tiered waterfall…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6:18AM–7:21PM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cruiseports.org/eskifjordur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Eskifjörður, East Iceland, Iceland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skifjordu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Klifbrekku Waterfalls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Búðarárfoss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