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Escanaba, Michigan,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"Esky" punches above its weight — a laid-back Upper Peninsula town where the walleye bite, the pasties are legendary, and a Victorian lighthouse watches over a calm, sandy bay.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(North Shore Marine Terminal) · 🕒 Typical call: 6-8 hrs · 💵 USD · 🗣️ English · 🦟 Bring bug spray May–June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North Shore Marine Terminal, Little Bay de Noc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 mi (20 min) to downtown Ludington Street; shuttles common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Great Lakes culture, U.P. cuisine, lighthouse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Sayklly's candy shop (est. 1906) and a U.P. pasty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Flat rate within city limits — Get-a-Cab (866-438-2222) operates 24/7 in Escanaba and offers flat-rate fares within city limits. Call ahead — the city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 Point Lighthouse Tour — </w:t>
      </w:r>
      <w:r>
        <w:rPr>
          <w:rFonts w:ascii="Arial" w:hAnsi="Arial" w:cs="Arial"/>
          <w:b w:val="0"/>
          <w:i w:val="0"/>
          <w:sz w:val="20"/>
        </w:rPr>
        <w:t>Climb the restored lighthouse (built 1867, first lit 1868) for views over Little Bay de Noc, then tour the keeper's quarters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Fayette Historic State Park — </w:t>
      </w:r>
      <w:r>
        <w:rPr>
          <w:rFonts w:ascii="Arial" w:hAnsi="Arial" w:cs="Arial"/>
          <w:b w:val="0"/>
          <w:i w:val="0"/>
          <w:sz w:val="20"/>
        </w:rPr>
        <w:t>A perfectly preserved 19th-century iron-smelting ghost town perched on white limestone bluffs above Big Bay de Noc — one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U.P. Food &amp; Culture Walk — </w:t>
      </w:r>
      <w:r>
        <w:rPr>
          <w:rFonts w:ascii="Arial" w:hAnsi="Arial" w:cs="Arial"/>
          <w:b w:val="0"/>
          <w:i w:val="0"/>
          <w:sz w:val="20"/>
        </w:rPr>
        <w:t>Sample a classic Cornish-style pasty, grab Swedish pancakes at The Swedish Pantry, and pick up a box of legendary Snappy turtles…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Ludington Park Beach — </w:t>
      </w:r>
      <w:r>
        <w:rPr>
          <w:rFonts w:ascii="Arial" w:hAnsi="Arial" w:cs="Arial"/>
          <w:b w:val="0"/>
          <w:i w:val="0"/>
          <w:sz w:val="20"/>
        </w:rPr>
        <w:t>A clean, calm sandy beach in Ludington Park on Little Bay de Noc — warmer and calmer than open Lake Michigan, with a designated…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Ludington Street Stroll — </w:t>
      </w:r>
      <w:r>
        <w:rPr>
          <w:rFonts w:ascii="Arial" w:hAnsi="Arial" w:cs="Arial"/>
          <w:b w:val="0"/>
          <w:i w:val="0"/>
          <w:sz w:val="20"/>
        </w:rPr>
        <w:t>One of Michigan's longest continuous historic downtowns — boutiques, antique shops, local art galleries, and the William Bonifas…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Ludington Park, Lighthouse &amp; Downtown Loop: </w:t>
      </w:r>
      <w:r>
        <w:rPr>
          <w:rFonts w:ascii="Arial" w:hAnsi="Arial" w:cs="Arial"/>
          <w:b w:val="0"/>
          <w:i w:val="0"/>
          <w:sz w:val="20"/>
        </w:rPr>
        <w:t>~2 miles round trip · Flat · 45-60 min — Head south from the dock to Ludington Park, walk out to Sand Point Lighthouse and the Delta County…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Aronson Island Nature Walk: </w:t>
      </w:r>
      <w:r>
        <w:rPr>
          <w:rFonts w:ascii="Arial" w:hAnsi="Arial" w:cs="Arial"/>
          <w:b w:val="0"/>
          <w:i w:val="0"/>
          <w:sz w:val="20"/>
        </w:rPr>
        <w:t>0.5 miles · Easy · 20 min — Cross the footbridge from Ludington Park onto Aronson Island for a peaceful stroll through wooded…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6:16AM–9:13PM · Jul 6:13AM–9:34PM · Sep 7:27AM–7:58PM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cruiseports.org/escanaba-mi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Escanaba, Michigan,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scanaba-m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John D. Besse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William Bonifas Fine Arts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Peninsula Point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Van Cleve Park &amp; Gladstone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Ludington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Gladstone Lighthouse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