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Esbjerg, Jutland,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Denmark's youngest city packs industrial swagger and big nature into one port call — four colossal white figures watch the North Sea while seal pups splash nearby and Europe's oldest town waits just 30 minutes by train.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port (docked) · 🕒 Typical call: 8-10 hrs · 💵 Danish Krone (DKK) — cashless city · 🗣️ Danish / English widely spoken · 🌊 UNESCO Wadden Sea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working commercial pier; shuttle bus to city centre (~10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through active port — free or paid shuttle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medieval history (Ribe), beaches (Fanø), North Sea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'Man Meets the Sea' sculptures &amp; Fisheries Museum sealarium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80–150 DKK — Taxis are available at the ferry/cruise terminal. Base fare is ~38 DKK (day) plus ~12.50 DKK/km; a short ride to the cit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 Meets the Sea &amp; Fisheries Museum — </w:t>
      </w:r>
      <w:r>
        <w:rPr>
          <w:rFonts w:ascii="Arial" w:hAnsi="Arial" w:cs="Arial"/>
          <w:b w:val="0"/>
          <w:i w:val="0"/>
          <w:sz w:val="20"/>
        </w:rPr>
        <w:t>Svend Wiig Hansen's four 9-metre white figures gazing out to sea are Esbjerg's defining image, set on Sædding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Ribe — Denmark's Oldest Town — </w:t>
      </w:r>
      <w:r>
        <w:rPr>
          <w:rFonts w:ascii="Arial" w:hAnsi="Arial" w:cs="Arial"/>
          <w:b w:val="0"/>
          <w:i w:val="0"/>
          <w:sz w:val="20"/>
        </w:rPr>
        <w:t>Founded around 700 AD, Ribe is a living medieval town with cobblestone streets, half-timbered houses, and a magnificent…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Wadden Sea UNESCO Safari — </w:t>
      </w:r>
      <w:r>
        <w:rPr>
          <w:rFonts w:ascii="Arial" w:hAnsi="Arial" w:cs="Arial"/>
          <w:b w:val="0"/>
          <w:i w:val="0"/>
          <w:sz w:val="20"/>
        </w:rPr>
        <w:t>The Wadden Sea National Park is one of the world's largest tidal wetlands — a UNESCO site teeming with grey seals, harbour seals…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Fanø Island Ferry Escape — </w:t>
      </w:r>
      <w:r>
        <w:rPr>
          <w:rFonts w:ascii="Arial" w:hAnsi="Arial" w:cs="Arial"/>
          <w:b w:val="0"/>
          <w:i w:val="0"/>
          <w:sz w:val="20"/>
        </w:rPr>
        <w:t>A 12-minute ferry hop to Fanø delivers charming thatched-roof sailor cottages, hard-packed sandy beaches wide enough for cars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Esbjerg City Centre &amp; Art Museum — </w:t>
      </w:r>
      <w:r>
        <w:rPr>
          <w:rFonts w:ascii="Arial" w:hAnsi="Arial" w:cs="Arial"/>
          <w:b w:val="0"/>
          <w:i w:val="0"/>
          <w:sz w:val="20"/>
        </w:rPr>
        <w:t>Stroll Torvet — one of Denmark's finest main squares — then explore Kongensgade, the country's longest pedestrian shopping street.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Torvet to Kongensgade &amp; Water Tower: </w:t>
      </w:r>
      <w:r>
        <w:rPr>
          <w:rFonts w:ascii="Arial" w:hAnsi="Arial" w:cs="Arial"/>
          <w:b w:val="0"/>
          <w:i w:val="0"/>
          <w:sz w:val="20"/>
        </w:rPr>
        <w:t>1.5 km loop · 30–45 min · Flat — From Torvet (the main square with the Christian IX equestrian statue), walk down Kongensgade…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Sædding Beach to Fisheries Museum: </w:t>
      </w:r>
      <w:r>
        <w:rPr>
          <w:rFonts w:ascii="Arial" w:hAnsi="Arial" w:cs="Arial"/>
          <w:b w:val="0"/>
          <w:i w:val="0"/>
          <w:sz w:val="20"/>
        </w:rPr>
        <w:t>1 km stroll · 20 min · Flat coastal path — After taking bus 1A to the museum, walk the short coastal path along Sædding Beach where the 'Man…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5:16AM–9:30PM · Jul 5:05AM–9:58PM · Sep 6:58AM–7:42PM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cruiseports.org/esbjerg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Esbjerg, Jutland,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sbje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Esbjerg Bypark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Fanø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Sønderho Gl. Fuglekøje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CityJump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Fanø Skibsfarts- &amp; Dragtsamling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Rindby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GAME Streetmekka Esbjerg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Skovlegeplads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