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Enkhuizen, North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Step off the ship and into a living Dutch Golden Age painting. Enkhuizen's canal-laced historic center, the Zuiderzee Museum, and harbors full of historic sailing ships are all a short walk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💶 Euro (card-friendly) · 🗣️ Dutch (English spoken everywhere)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Gependamsteiger in the inner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historic core; Zuiderzee Museum 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Dutch history, open-air museum, Golden Age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Zuiderzee Museum Buitenmuseum (open-air village)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€10–€20 in-town — Uber operates in Enkhuizen per uber.com; traditional taxis are also available. Useful for reaching the train station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Zuiderzee Museum (Open-Air &amp; Indoor) — </w:t>
      </w:r>
      <w:r>
        <w:rPr>
          <w:rFonts w:ascii="Arial" w:hAnsi="Arial" w:cs="Arial"/>
          <w:b w:val="0"/>
          <w:i w:val="0"/>
          <w:sz w:val="20"/>
        </w:rPr>
        <w:t>The crown jewel of Enkhuizen.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&amp; Drommedaris Tower — </w:t>
      </w:r>
      <w:r>
        <w:rPr>
          <w:rFonts w:ascii="Arial" w:hAnsi="Arial" w:cs="Arial"/>
          <w:b w:val="0"/>
          <w:i w:val="0"/>
          <w:sz w:val="20"/>
        </w:rPr>
        <w:t>Wander the canal streets past 350+ national monuments.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Westerkerk &amp; the Chained Library (Librije) — </w:t>
      </w:r>
      <w:r>
        <w:rPr>
          <w:rFonts w:ascii="Arial" w:hAnsi="Arial" w:cs="Arial"/>
          <w:b w:val="0"/>
          <w:i w:val="0"/>
          <w:sz w:val="20"/>
        </w:rPr>
        <w:t>One of the few surviving 17th-century chained libraries in the world, at the south portal of the Gothic Westerkerk.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Dike Bike Ride to Hoorn — </w:t>
      </w:r>
      <w:r>
        <w:rPr>
          <w:rFonts w:ascii="Arial" w:hAnsi="Arial" w:cs="Arial"/>
          <w:b w:val="0"/>
          <w:i w:val="0"/>
          <w:sz w:val="20"/>
        </w:rPr>
        <w:t>Rent a bicycle near the train station and ride along the top of the IJsselmeer dike toward Hoorn.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Dutch Market Lunch &amp; Harbor Dining — </w:t>
      </w:r>
      <w:r>
        <w:rPr>
          <w:rFonts w:ascii="Arial" w:hAnsi="Arial" w:cs="Arial"/>
          <w:b w:val="0"/>
          <w:i w:val="0"/>
          <w:sz w:val="20"/>
        </w:rPr>
        <w:t>The harbor cafes and waterfront restaurants serve local staples: herring (haring) with onion, erwtensoep (split-pea soup),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Harbor &amp; Old Town Loop: </w:t>
      </w:r>
      <w:r>
        <w:rPr>
          <w:rFonts w:ascii="Arial" w:hAnsi="Arial" w:cs="Arial"/>
          <w:b w:val="0"/>
          <w:i w:val="0"/>
          <w:sz w:val="20"/>
        </w:rPr>
        <w:t>1.5 km · ~30 min · flat — From the pier, walk past the Drommedaris tower along the inner harbor, through the Breedstraat…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Zuiderzee Museum: </w:t>
      </w:r>
      <w:r>
        <w:rPr>
          <w:rFonts w:ascii="Arial" w:hAnsi="Arial" w:cs="Arial"/>
          <w:b w:val="0"/>
          <w:i w:val="0"/>
          <w:sz w:val="20"/>
        </w:rPr>
        <w:t>0.8 km · ~10 min · flat — A direct walk south along the harbor front from the ship to the Zuiderzee Museum entrance.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5:42AM–9:29PM · Jul 5:33AM–9:55PM · Sep 7:13AM–7:53PM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cruiseports.org/enkhuizen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Enkhuizen, North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khuiz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Zuiderzeemuseum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Ven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Climbing park Streekbos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Flessenscheepjes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Radboud 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