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Endicott Arm Fjord,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30-mile deep-water fjord ending at the thundering face of Dawes Glacier — no town, no pier, just raw Alaska wilderness. This is a scenic cruising day, and one of the most dramatic on any Alaska itinerary.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Scenic cruising (no landing) · 🕒 Typical call: 4-6 hrs in fjord · 💵 USD · 🗣️ English · 🧊 Tidewater glacier + icebergs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No pier — scenic cruising only; ship navigates fjord &amp; rotates at glacier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shore access — experience entirely from ship decks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Glacier viewing, wildlife spotting, iceberg photography, calving events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Catamaran glacier excursion to approach Dawes Glacier through the ice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Glacier Explorer Catamaran — </w:t>
      </w:r>
      <w:r>
        <w:rPr>
          <w:rFonts w:ascii="Arial" w:hAnsi="Arial" w:cs="Arial"/>
          <w:b w:val="0"/>
          <w:i w:val="0"/>
          <w:sz w:val="20"/>
        </w:rPr>
        <w:t>Board a high-speed catamaran directly from your cruise ship while underway inside the fjord.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Wildlife Watching from Deck — </w:t>
      </w:r>
      <w:r>
        <w:rPr>
          <w:rFonts w:ascii="Arial" w:hAnsi="Arial" w:cs="Arial"/>
          <w:b w:val="0"/>
          <w:i w:val="0"/>
          <w:sz w:val="20"/>
        </w:rPr>
        <w:t>Bring binoculars and stake out a spot on the open decks.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&amp; Wilderness Paddling — </w:t>
      </w:r>
      <w:r>
        <w:rPr>
          <w:rFonts w:ascii="Arial" w:hAnsi="Arial" w:cs="Arial"/>
          <w:b w:val="0"/>
          <w:i w:val="0"/>
          <w:sz w:val="20"/>
        </w:rPr>
        <w:t>Expedition-style cruises and some specialty operators offer sea kayaking among the icebergs in Endicott Arm.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for glacier cold. The fjord is significantly colder than Juneau or Ketchikan. The glacier blows freezing katabatic winds down-fjord — bring a waterproof…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Binoculars are essential. Mountain goats on the cliffs, bears on the shoreline, and seals on distant icebergs are all easier to spot with glass. This is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Overexpose your glacier shots. Camera meters are tricked by bright white ice and blue sky. Dial in +0.7 to +1.0 exposure compensation to keep whites bright and…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cruiseports.org/endicott-arm-fjord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