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Enderby Island, Auckland Islands,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pest-free wildlife sanctuary at the bottom of the world, Enderby Island rewards expedition cruisers with sea lion colonies, rare penguins, and megaherb meadows that bloom in vivid subantarctic summer.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tender (no pier) · 🕒 Typical call: 4–7 hrs · 💵 NZD (no facilities on island) · 🗣️ English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tender to Sandy Bay — no pier, expedition ships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season: </w:t>
      </w:r>
      <w:r>
        <w:rPr>
          <w:rFonts w:ascii="Arial" w:hAnsi="Arial" w:cs="Arial"/>
          <w:b w:val="0"/>
          <w:i w:val="0"/>
          <w:sz w:val="20"/>
        </w:rPr>
        <w:t>Late November–February (permit season, megaherbs in bloom)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birdwatching, subantarctic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Boardwalk to northern cliffs for light-mantled sooty albatross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Bay Sea Lion Colony — </w:t>
      </w:r>
      <w:r>
        <w:rPr>
          <w:rFonts w:ascii="Arial" w:hAnsi="Arial" w:cs="Arial"/>
          <w:b w:val="0"/>
          <w:i w:val="0"/>
          <w:sz w:val="20"/>
        </w:rPr>
        <w:t>New Zealand sea lions (Hooker's sea lions) haul out and breed at Sandy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to Northern Cliffs — </w:t>
      </w:r>
      <w:r>
        <w:rPr>
          <w:rFonts w:ascii="Arial" w:hAnsi="Arial" w:cs="Arial"/>
          <w:b w:val="0"/>
          <w:i w:val="0"/>
          <w:sz w:val="20"/>
        </w:rPr>
        <w:t>An easy boardwalk traverses the island from Sandy Bay through rātā forest and megaherb fields to dramatic northern cliffs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Yellow-Eyed Penguin Watching — </w:t>
      </w:r>
      <w:r>
        <w:rPr>
          <w:rFonts w:ascii="Arial" w:hAnsi="Arial" w:cs="Arial"/>
          <w:b w:val="0"/>
          <w:i w:val="0"/>
          <w:sz w:val="20"/>
        </w:rPr>
        <w:t>Hoiho (yellow-eyed penguins), one of the world's rarest penguins, nest and forage around Enderby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Birdwatching: Endemics &amp; Albatross — </w:t>
      </w:r>
      <w:r>
        <w:rPr>
          <w:rFonts w:ascii="Arial" w:hAnsi="Arial" w:cs="Arial"/>
          <w:b w:val="0"/>
          <w:i w:val="0"/>
          <w:sz w:val="20"/>
        </w:rPr>
        <w:t>Enderby is an Important Bird Area hosting Auckland Island endemics: flightless teal, Auckland shag, Auckland snipe, tomtit,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Coastal Cruise — </w:t>
      </w:r>
      <w:r>
        <w:rPr>
          <w:rFonts w:ascii="Arial" w:hAnsi="Arial" w:cs="Arial"/>
          <w:b w:val="0"/>
          <w:i w:val="0"/>
          <w:sz w:val="20"/>
        </w:rPr>
        <w:t>Many expedition ships offer Zodiac cruises along Enderby's rugged coastline, exploring sea caves, seal-hauled rocks,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Bay Boardwalk to Northern Cliffs: </w:t>
      </w:r>
      <w:r>
        <w:rPr>
          <w:rFonts w:ascii="Arial" w:hAnsi="Arial" w:cs="Arial"/>
          <w:b w:val="0"/>
          <w:i w:val="0"/>
          <w:sz w:val="20"/>
        </w:rPr>
        <w:t>4 km return | Easy | 2–3 hrs | Guided only — The main route across the island: a raised boardwalk through native megaherb fields and rātā…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Bay Beach &amp; Sea Lion Walk: </w:t>
      </w:r>
      <w:r>
        <w:rPr>
          <w:rFonts w:ascii="Arial" w:hAnsi="Arial" w:cs="Arial"/>
          <w:b w:val="0"/>
          <w:i w:val="0"/>
          <w:sz w:val="20"/>
        </w:rPr>
        <w:t>1–2 km | Easy | 1 hr | Guided only — A gentle walk along the sandy beach and dune fringe of Sandy Bay past the 1888 historic boatshed.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6:36AM–5:44PM · Jul 6:50AM–5:49PM · Sep 6:10AM–6:08PM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cruiseports.org/enderby-island-nz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