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Elaphiti Islands, Dalmatia,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scattered chain of car-free islands just 30 minutes from Dubrovnik, the Elaphiti offer sandy beaches, Renaissance monasteries, olive groves, and a pace of life that hasn't changed in centuries.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anchor (small ships only) · 🕒 Typical call: 6-8 hrs · 💶 Currency: Euro (€) · 🗣️ Language: Croatian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Small/expedition ships anchor off Lopud or dock at Šipan's stone pier; large ships call Dubrovnik (Gruž) and ferry out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dock lands in the village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Sandy beaches, peaceful walking, local seafood, unspoiled Adriatic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Šunj Beach on Lopud — one of Croatia's rare natural sandy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Šunj Beach, Lopud — </w:t>
      </w:r>
      <w:r>
        <w:rPr>
          <w:rFonts w:ascii="Arial" w:hAnsi="Arial" w:cs="Arial"/>
          <w:b w:val="0"/>
          <w:i w:val="0"/>
          <w:sz w:val="20"/>
        </w:rPr>
        <w:t>One of Croatia's very few natural sandy beaches — a crescent of warm, shallow water ringed by pine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Lopud 1483 Franciscan Monastery — </w:t>
      </w:r>
      <w:r>
        <w:rPr>
          <w:rFonts w:ascii="Arial" w:hAnsi="Arial" w:cs="Arial"/>
          <w:b w:val="0"/>
          <w:i w:val="0"/>
          <w:sz w:val="20"/>
        </w:rPr>
        <w:t>A meticulously restored 15th-century fortress-monastery housing a world-class private art collection.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Koločep Forest Trails &amp; Blue Cave — </w:t>
      </w:r>
      <w:r>
        <w:rPr>
          <w:rFonts w:ascii="Arial" w:hAnsi="Arial" w:cs="Arial"/>
          <w:b w:val="0"/>
          <w:i w:val="0"/>
          <w:sz w:val="20"/>
        </w:rPr>
        <w:t>Hike through dense pine and carob forest on this tiny car-free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Šipan Olive Groves &amp; Village Walk — </w:t>
      </w:r>
      <w:r>
        <w:rPr>
          <w:rFonts w:ascii="Arial" w:hAnsi="Arial" w:cs="Arial"/>
          <w:b w:val="0"/>
          <w:i w:val="0"/>
          <w:sz w:val="20"/>
        </w:rPr>
        <w:t>The largest island, Šipan once held a Guinness record for olive trees per square meter.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Seafood Lunch on the Waterfront — </w:t>
      </w:r>
      <w:r>
        <w:rPr>
          <w:rFonts w:ascii="Arial" w:hAnsi="Arial" w:cs="Arial"/>
          <w:b w:val="0"/>
          <w:i w:val="0"/>
          <w:sz w:val="20"/>
        </w:rPr>
        <w:t>All three islands have konobas (taverns) serving ultra-fresh seafood.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Lopud Village to Šunj Beach: </w:t>
      </w:r>
      <w:r>
        <w:rPr>
          <w:rFonts w:ascii="Arial" w:hAnsi="Arial" w:cs="Arial"/>
          <w:b w:val="0"/>
          <w:i w:val="0"/>
          <w:sz w:val="20"/>
        </w:rPr>
        <w:t>1.5 miles • 25 min • Easy paved path — From the tender dock, follow the waterfront promenade past the botanical garden and cafes,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Koločep: Donje Čelo to Gornje Čelo: </w:t>
      </w:r>
      <w:r>
        <w:rPr>
          <w:rFonts w:ascii="Arial" w:hAnsi="Arial" w:cs="Arial"/>
          <w:b w:val="0"/>
          <w:i w:val="0"/>
          <w:sz w:val="20"/>
        </w:rPr>
        <w:t>1 mile • 30 min • Easy dirt path — A gentle walk between the island's two tiny villages through olive groves and pine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Šipan Valley Walk: </w:t>
      </w:r>
      <w:r>
        <w:rPr>
          <w:rFonts w:ascii="Arial" w:hAnsi="Arial" w:cs="Arial"/>
          <w:b w:val="0"/>
          <w:i w:val="0"/>
          <w:sz w:val="20"/>
        </w:rPr>
        <w:t>3 miles one way • 60 min • Flat — Walk the island's fertile valley from Suđurađ (ferry dock) to Šipanska Luka, passing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5:26AM–8:03PM · Jul 5:24AM–8:23PM · Sep 6:28AM–6:57PM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cruiseports.org/elaphiti-islands-croatia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Elaphiti Islands, Dalmatia,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laphiti-islands-croat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St. Blasius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Merit Casino Libertas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Clock Tower of Dubrovnik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Porporela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St. Ignatius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Onofrio's Large Fountain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Puzzle Punks - Dubrovnik Escape Room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Archeological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