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Elafonisos Island, Lakonia,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secret of the southern Peloponnese, Elafonisos wows small-ship cruisers with shockingly turquoise water, pink-tinged sand dunes, and one of the oldest submerged cities on Earth just offshore.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6-8 hrs · 💶 Currency: Euro · 🗣️ Language: Greek · 🏖️ Beach destination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anchor; boats land at Elafonisos Town harbour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Immediate — tender drops in the village waterfront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snorkelling, fresh seafood, quiet Greek island life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Simos Beach (ranked among Europe's best) &amp; Pavlopetri snorkel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Meter (~€4 start) — A small number of local taxis serve the island. The village (Chora) is very close to the ferry dock, so most rides are 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Simos Beach — Europe's Top Strand — </w:t>
      </w:r>
      <w:r>
        <w:rPr>
          <w:rFonts w:ascii="Arial" w:hAnsi="Arial" w:cs="Arial"/>
          <w:b w:val="0"/>
          <w:i w:val="0"/>
          <w:sz w:val="20"/>
        </w:rPr>
        <w:t>Two horseshoe bays framing crystal-turquoise water and white-pink sand dunes protected under Natura 2000.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Pavlopetri Snorkel — Ancient Sunken City — </w:t>
      </w:r>
      <w:r>
        <w:rPr>
          <w:rFonts w:ascii="Arial" w:hAnsi="Arial" w:cs="Arial"/>
          <w:b w:val="0"/>
          <w:i w:val="0"/>
          <w:sz w:val="20"/>
        </w:rPr>
        <w:t>Just across the narrow channel lies Pavlopetri, the world's oldest known submerged city (c.3000 BC).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ATV Island Lap — </w:t>
      </w:r>
      <w:r>
        <w:rPr>
          <w:rFonts w:ascii="Arial" w:hAnsi="Arial" w:cs="Arial"/>
          <w:b w:val="0"/>
          <w:i w:val="0"/>
          <w:sz w:val="20"/>
        </w:rPr>
        <w:t>Rent an ATV at the harbour and loop the island in an hour, stopping at Lefki Beach, Panagia Bay and the sand dunes.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Agios Spyridon Church Walk — </w:t>
      </w:r>
      <w:r>
        <w:rPr>
          <w:rFonts w:ascii="Arial" w:hAnsi="Arial" w:cs="Arial"/>
          <w:b w:val="0"/>
          <w:i w:val="0"/>
          <w:sz w:val="20"/>
        </w:rPr>
        <w:t>The island's icon — a white-and-blue chapel perched on a tiny rocky islet reached by a narrow stone causeway from the harbour.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 Seafood Lunch — </w:t>
      </w:r>
      <w:r>
        <w:rPr>
          <w:rFonts w:ascii="Arial" w:hAnsi="Arial" w:cs="Arial"/>
          <w:b w:val="0"/>
          <w:i w:val="0"/>
          <w:sz w:val="20"/>
        </w:rPr>
        <w:t>Waterfront tavernas serve lobster pasta (astakomakaronada), grilled octopus, and tsaitia — local pan-fried pies stuffed with…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 to Agios Spyridon: </w:t>
      </w:r>
      <w:r>
        <w:rPr>
          <w:rFonts w:ascii="Arial" w:hAnsi="Arial" w:cs="Arial"/>
          <w:b w:val="0"/>
          <w:i w:val="0"/>
          <w:sz w:val="20"/>
        </w:rPr>
        <w:t>⏱ 20 min · Easy · 📷 Photo stop — From the tender dock stroll the waterfront north, past colourful fishing boats and net-mending…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&amp; Kontogoni Beach: </w:t>
      </w:r>
      <w:r>
        <w:rPr>
          <w:rFonts w:ascii="Arial" w:hAnsi="Arial" w:cs="Arial"/>
          <w:b w:val="0"/>
          <w:i w:val="0"/>
          <w:sz w:val="20"/>
        </w:rPr>
        <w:t>⏱ 30-40 min · Easy · 🏖️ Swim stop — Head south from the port to the sandy town beach of Kontogoni — a calm, clear cove with tavernas on…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6:21AM–8:27PM · Jul 6:21AM–8:45PM · Sep 7:10AM–7:35PM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cruiseports.org/elafonisos-island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Elafonisos Island, Lakonia,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lafonisos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Hamokelo Beach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Amitsa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Παραλία Μάγγανος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