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El Hierro, Canary Islands,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smallest and most untamed of the Canary Islands, El Hierro trades beach resorts for ancient laurel forests, surreal wind-twisted junipers, and crystalline volcanic rock pools. A UNESCO Biosphere Reserve running mostly on wind and water power, it rewards curious cruisers willing to venture beyond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(Puerto de la Estaca) · 🕒 Typical call: 7-10 hrs · 💶 Currency: Euro · 🗣️ Language: Spanish · 🌿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Puerto de la Estaca (northeast coast)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Valverde is 9 km and 600 m uphill — transport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hikers, divers, off-the-beaten-path explorers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 Sabinar twisted junipers &amp; Charco Azul natural pool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€9–12 — Taxis wait at Puerto de la Estaca and run metered fares to Valverde (~10 min, ~10 km). Reliable and the fastest way to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Sabinar — The Twisted Junipers — </w:t>
      </w:r>
      <w:r>
        <w:rPr>
          <w:rFonts w:ascii="Arial" w:hAnsi="Arial" w:cs="Arial"/>
          <w:b w:val="0"/>
          <w:i w:val="0"/>
          <w:sz w:val="20"/>
        </w:rPr>
        <w:t>Walk among ancient juniper trees sculpted by trade winds into horizontal, surreal shapes.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Charco Azul &amp; La Maceta Natural Pools — </w:t>
      </w:r>
      <w:r>
        <w:rPr>
          <w:rFonts w:ascii="Arial" w:hAnsi="Arial" w:cs="Arial"/>
          <w:b w:val="0"/>
          <w:i w:val="0"/>
          <w:sz w:val="20"/>
        </w:rPr>
        <w:t>Turquoise volcanic rock pools on the northwest coast — Charco Azul sits inside a partially open sea cave, while La Maceta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Guinea Ecomuseum &amp; Giant Lizard Center — </w:t>
      </w:r>
      <w:r>
        <w:rPr>
          <w:rFonts w:ascii="Arial" w:hAnsi="Arial" w:cs="Arial"/>
          <w:b w:val="0"/>
          <w:i w:val="0"/>
          <w:sz w:val="20"/>
        </w:rPr>
        <w:t>A preserved stone village showing Bimbaches indigenous and early settler life, combined with a breeding center for the El Hierro…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Mirador de la Peña — </w:t>
      </w:r>
      <w:r>
        <w:rPr>
          <w:rFonts w:ascii="Arial" w:hAnsi="Arial" w:cs="Arial"/>
          <w:b w:val="0"/>
          <w:i w:val="0"/>
          <w:sz w:val="20"/>
        </w:rPr>
        <w:t>César Manrique's signature viewpoint perched 700 m above the sweeping El Golfo valley.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Mar de las Calmas Reserve — </w:t>
      </w:r>
      <w:r>
        <w:rPr>
          <w:rFonts w:ascii="Arial" w:hAnsi="Arial" w:cs="Arial"/>
          <w:b w:val="0"/>
          <w:i w:val="0"/>
          <w:sz w:val="20"/>
        </w:rPr>
        <w:t>The southern coast's protected Sea of Calms is one of Europe's premier dive sites — volcanic pinnacles, rays, and exceptional…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Llanía Laurel Forest Loop: </w:t>
      </w:r>
      <w:r>
        <w:rPr>
          <w:rFonts w:ascii="Arial" w:hAnsi="Arial" w:cs="Arial"/>
          <w:b w:val="0"/>
          <w:i w:val="0"/>
          <w:sz w:val="20"/>
        </w:rPr>
        <w:t>1.5-2 hrs • Easy • Free — A circular trail through ancient mossy laurisilva (laurel forest) — misty, fairy-tale quiet,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Tacorón Coastal Walk: </w:t>
      </w:r>
      <w:r>
        <w:rPr>
          <w:rFonts w:ascii="Arial" w:hAnsi="Arial" w:cs="Arial"/>
          <w:b w:val="0"/>
          <w:i w:val="0"/>
          <w:sz w:val="20"/>
        </w:rPr>
        <w:t>1 hr • Easy • Free — A short walk along the southern volcanic coast to a sheltered snorkeling cove with red rock…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7:22AM–8:53PM · Jul 7:25AM–9:09PM · Sep 7:57AM–8:15PM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cruiseports.org/el-hierro-island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El Hierro, Canary Islands,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l-hierro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de La Estaca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Roque de La Bonanza - El Hierro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a la Sabina de El Hierro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Charco Manso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de Timijiraque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Área recreativa de Las Playas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El Tamaduste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Pozo de Las Calcosas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