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Eilat, Southern District, Israel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crossroads of four countries, Eilat delivers a collision of stark desert peaks and a jewel-clear Red Sea teeming with neon-hued tropical fish — all in a duty-free zone that never sleeps.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8-10 hrs · 💵 Israeli New Shekel (ILS) · 🗣️ Hebrew / English widely spoken · ☀️ Year-round sunshine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 at the commercial port,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~2.5 km to North Beach promenade; shuttle or taxi recommended in summer heat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reef diving, Dolphin Reef, duty-free shopping, Petra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Coral Beach Nature Reserve — Israel's best snorkeling, ~9 km south of port (taxi or bus)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25–40 ILS to city center — Taxis wait at the port gate. The meter is required by law — confirm it is running. City center and North Beach promenade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Beach Nature Reserve Snorkel — </w:t>
      </w:r>
      <w:r>
        <w:rPr>
          <w:rFonts w:ascii="Arial" w:hAnsi="Arial" w:cs="Arial"/>
          <w:b w:val="0"/>
          <w:i w:val="0"/>
          <w:sz w:val="20"/>
        </w:rPr>
        <w:t>About 9 km south of the cruise port (taxi or Egged bus line 15).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Reef — </w:t>
      </w:r>
      <w:r>
        <w:rPr>
          <w:rFonts w:ascii="Arial" w:hAnsi="Arial" w:cs="Arial"/>
          <w:b w:val="0"/>
          <w:i w:val="0"/>
          <w:sz w:val="20"/>
        </w:rPr>
        <w:t>A resident pod of bottlenose dolphins roams a protected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World Underwater Observatory — </w:t>
      </w:r>
      <w:r>
        <w:rPr>
          <w:rFonts w:ascii="Arial" w:hAnsi="Arial" w:cs="Arial"/>
          <w:b w:val="0"/>
          <w:i w:val="0"/>
          <w:sz w:val="20"/>
        </w:rPr>
        <w:t>Descend 12 metres below the sea in a glass observatory tower to watch natural reef life without getting wet.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Timna Park Desert Geology — </w:t>
      </w:r>
      <w:r>
        <w:rPr>
          <w:rFonts w:ascii="Arial" w:hAnsi="Arial" w:cs="Arial"/>
          <w:b w:val="0"/>
          <w:i w:val="0"/>
          <w:sz w:val="20"/>
        </w:rPr>
        <w:t>25 km north of Eilat, some of the world's oldest copper mines sit beneath towering red sandstone formations.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Petra Day Trip (Jordan) — </w:t>
      </w:r>
      <w:r>
        <w:rPr>
          <w:rFonts w:ascii="Arial" w:hAnsi="Arial" w:cs="Arial"/>
          <w:b w:val="0"/>
          <w:i w:val="0"/>
          <w:sz w:val="20"/>
        </w:rPr>
        <w:t>The rose-red Nabataean city is a once-in-a-lifetime sight.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Dekel Beach: </w:t>
      </w:r>
      <w:r>
        <w:rPr>
          <w:rFonts w:ascii="Arial" w:hAnsi="Arial" w:cs="Arial"/>
          <w:b w:val="0"/>
          <w:i w:val="0"/>
          <w:sz w:val="20"/>
        </w:rPr>
        <w:t>1 km · ~15 min · Flat — A short, mostly flat walk north along the shore from the cruise pier to Dekel Beach, the closest…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Beach Promenade Stroll: </w:t>
      </w:r>
      <w:r>
        <w:rPr>
          <w:rFonts w:ascii="Arial" w:hAnsi="Arial" w:cs="Arial"/>
          <w:b w:val="0"/>
          <w:i w:val="0"/>
          <w:sz w:val="20"/>
        </w:rPr>
        <w:t>2.5 km from pier · Flat · Take taxi or shuttle one way — The main pedestrian esplanade runs along the Gulf of Aqaba waterfront past hotels, restaurants,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5:47AM–7:25PM · Jul 5:50AM–7:41PM · Sep 6:25AM–6:45PM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cruiseports.org/eilat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Eilat, Southern District, Israel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ila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Gai Avud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Musical Fountain Eilat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שמורת טבע חוף האלמוגים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Hananya Beach - חוף חנניה ספורט ימי ושייט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Nightmare Horror Maze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Dekel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Sharif Hussein bin Ali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Eilat Ornithological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