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Eidsdal,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real Norwegian village at the foot of eleven hairpin bends — gateway to Geirangerfjord's UNESCO landscapes, the Eagle Road, and cowbell-quiet fjord valley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pier/ferry quay) · 🕒 Typical call: 6–8 hrs · 💳 Cashless — card widely accepted · 🗣️ Norwegian (English understood) · 🏔️ UNESCO World Heritage area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ferry quay;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Immediate — village surrounds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drives, Eagle Road viewpoints, fjord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Ørnevegen (Eagle Road) hairpin bends &amp; Geirangerfjord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420–500 (~–47 USD) one way — Local taxis connect Eidsdal to Geiranger (approx. 22 min). More flexible than the shuttle but costs more for a return tr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Ørnevegen — Eagle Road Drive — </w:t>
      </w:r>
      <w:r>
        <w:rPr>
          <w:rFonts w:ascii="Arial" w:hAnsi="Arial" w:cs="Arial"/>
          <w:b w:val="0"/>
          <w:i w:val="0"/>
          <w:sz w:val="20"/>
        </w:rPr>
        <w:t>Eleven spectacular hairpin bends climbing out of the Eidsdal valley with panoramic views over Geirangerfjord and the Seven…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Geirangerfjord UNESCO Cruise or Bus — </w:t>
      </w:r>
      <w:r>
        <w:rPr>
          <w:rFonts w:ascii="Arial" w:hAnsi="Arial" w:cs="Arial"/>
          <w:b w:val="0"/>
          <w:i w:val="0"/>
          <w:sz w:val="20"/>
        </w:rPr>
        <w:t>Descend the Eagle Road into Geiranger and take a fjord cruise past towering waterfalls and sheer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Gudbrandsjuvet Gorge — </w:t>
      </w:r>
      <w:r>
        <w:rPr>
          <w:rFonts w:ascii="Arial" w:hAnsi="Arial" w:cs="Arial"/>
          <w:b w:val="0"/>
          <w:i w:val="0"/>
          <w:sz w:val="20"/>
        </w:rPr>
        <w:t>A dramatic river gorge in the Valldalen valley, reached via the Eidsdal–Linge ferry then about 15 km up the valley, where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Eidsdal–Linge Ferry Crossing — </w:t>
      </w:r>
      <w:r>
        <w:rPr>
          <w:rFonts w:ascii="Arial" w:hAnsi="Arial" w:cs="Arial"/>
          <w:b w:val="0"/>
          <w:i w:val="0"/>
          <w:sz w:val="20"/>
        </w:rPr>
        <w:t>Hop the local car ferry across Norddalsfjorden to Linge — a 10-minute crossing that drops you in the middle of the fjord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Herdalssetra Mountain Farm — </w:t>
      </w:r>
      <w:r>
        <w:rPr>
          <w:rFonts w:ascii="Arial" w:hAnsi="Arial" w:cs="Arial"/>
          <w:b w:val="0"/>
          <w:i w:val="0"/>
          <w:sz w:val="20"/>
        </w:rPr>
        <w:t>The historic summer mountain farm at Herdalssetra sits high above the Norddal valley, reached by a steep toll road.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Quay Stroll: </w:t>
      </w:r>
      <w:r>
        <w:rPr>
          <w:rFonts w:ascii="Arial" w:hAnsi="Arial" w:cs="Arial"/>
          <w:b w:val="0"/>
          <w:i w:val="0"/>
          <w:sz w:val="20"/>
        </w:rPr>
        <w:t>30 min · Flat · Free — From the ferry quay, walk along the waterfront past the local store and through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Start of the Eagle Road Viewpoint: </w:t>
      </w:r>
      <w:r>
        <w:rPr>
          <w:rFonts w:ascii="Arial" w:hAnsi="Arial" w:cs="Arial"/>
          <w:b w:val="0"/>
          <w:i w:val="0"/>
          <w:sz w:val="20"/>
        </w:rPr>
        <w:t>45 min · Moderate incline · Free — Walk the first hairpin bend of the Eagle Road (Ørnevegen/RV63) above the village for a taste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4:35AM–10:21PM · Jul 4:11AM–11:00PM · Sep 6:57AM–7:53PM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cruiseports.org/eidsdal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