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Egersund, Rogaland, Norway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One of Norway's largest wooden-house towns sits right off the cruise pier — pair that with a UNESCO geopark, a dramatic rock formation at Trollpikken, and a family-run brewery dating to 1899.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(Dampskipskaien) · 🕒 Typical call: 6–8 hrs · 💵 Norwegian Krone (NOK) — card-only culture · 🗣️ Norwegian / English widely spoken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 — Dampskipskaien, steps from the town centre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centre: </w:t>
      </w:r>
      <w:r>
        <w:rPr>
          <w:rFonts w:ascii="Arial" w:hAnsi="Arial" w:cs="Arial"/>
          <w:b w:val="0"/>
          <w:i w:val="0"/>
          <w:sz w:val="20"/>
        </w:rPr>
        <w:t>5 min on foot from the cruise quay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Historic wooden town, geology, easy hiking, local seafood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Trollpikken rock formation (UNESCO Magma Geopark)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 xml:space="preserve">~NOK 95 base + NOK 20/km (~€8–15 for short trips) — Local taxis are available from the port. Egersund Taxi: +47 51 49 00 00; Dalane Taxi: +47 51 49 30 00. Bring cash (NOK) 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Trollpikken &amp; Magma Geopark — </w:t>
      </w:r>
      <w:r>
        <w:rPr>
          <w:rFonts w:ascii="Arial" w:hAnsi="Arial" w:cs="Arial"/>
          <w:b w:val="0"/>
          <w:i w:val="0"/>
          <w:sz w:val="20"/>
        </w:rPr>
        <w:t>Egersund's headline attraction — a naturally sculpted phallic rock pillar rising from lunar anorthosite landscape inside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Historic Wooden Town Walk — </w:t>
      </w:r>
      <w:r>
        <w:rPr>
          <w:rFonts w:ascii="Arial" w:hAnsi="Arial" w:cs="Arial"/>
          <w:b w:val="0"/>
          <w:i w:val="0"/>
          <w:sz w:val="20"/>
        </w:rPr>
        <w:t>Self-guided walk through Strandgaten and the medieval Haugen quarter, home to one of Norway's largest concentrations of…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Egersund Fayancemuseum — </w:t>
      </w:r>
      <w:r>
        <w:rPr>
          <w:rFonts w:ascii="Arial" w:hAnsi="Arial" w:cs="Arial"/>
          <w:b w:val="0"/>
          <w:i w:val="0"/>
          <w:sz w:val="20"/>
        </w:rPr>
        <w:t>Tells the story of Egersund's famed fayence (tin-glazed pottery) factory, which produced distinctive stoneware for 132 years.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Eigerøy Lighthouse Hike — </w:t>
      </w:r>
      <w:r>
        <w:rPr>
          <w:rFonts w:ascii="Arial" w:hAnsi="Arial" w:cs="Arial"/>
          <w:b w:val="0"/>
          <w:i w:val="0"/>
          <w:sz w:val="20"/>
        </w:rPr>
        <w:t>Hike across Eigerøy island's striking anorthosite plateau — often compared to a moonscape — to reach Norway's oldest cast-iron…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Berentsen Distillery &amp; Brewery — </w:t>
      </w:r>
      <w:r>
        <w:rPr>
          <w:rFonts w:ascii="Arial" w:hAnsi="Arial" w:cs="Arial"/>
          <w:b w:val="0"/>
          <w:i w:val="0"/>
          <w:sz w:val="20"/>
        </w:rPr>
        <w:t>A family-owned institution since 1899, Berentsen's produces craft beer, traditional Norwegian cider, and award-winning gin.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Harbour &amp; Wooden Town Loop: </w:t>
      </w:r>
      <w:r>
        <w:rPr>
          <w:rFonts w:ascii="Arial" w:hAnsi="Arial" w:cs="Arial"/>
          <w:b w:val="0"/>
          <w:i w:val="0"/>
          <w:sz w:val="20"/>
        </w:rPr>
        <w:t>2.5 km · 45–60 min · Easy · Free — From the cruise pier walk along the waterfront to Torget (main square), then into the Haugen…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Varberg Hill Viewpoint: </w:t>
      </w:r>
      <w:r>
        <w:rPr>
          <w:rFonts w:ascii="Arial" w:hAnsi="Arial" w:cs="Arial"/>
          <w:b w:val="0"/>
          <w:i w:val="0"/>
          <w:sz w:val="20"/>
        </w:rPr>
        <w:t>3 km round trip · 1 hr · Easy–moderate · Free — A short climb up Varberg hill behind the town rewards with panoramic views over the harbour…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17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16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5:08AM–9:57PM · Jul 4:53AM–10:29PM · Sep 7:06AM–7:54PM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cruiseports.org/egersund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Egersund, Rogaland, Norway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gersund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Eigerøy Lighthouse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Trollpikken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Egersund Church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Waterfall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Egersund Fayancemuseum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