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Edinburgh (South Queensferry), Scotland,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Scotland's dramatic capital — a medieval castle on a volcanic crag, a cobbled Royal Mile lined with history, and the iconic trio of Forth Bridges framing your arrival at South Queensferry.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Leith or Tender at South Queensferry · 🕒 Typical call: 8–10 hrs · 💷 British Pound (GBP)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Leith (docked) or South Queensferry (tender)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transfer: </w:t>
      </w:r>
      <w:r>
        <w:rPr>
          <w:rFonts w:ascii="Arial" w:hAnsi="Arial" w:cs="Arial"/>
          <w:b w:val="0"/>
          <w:i w:val="0"/>
          <w:sz w:val="20"/>
        </w:rPr>
        <w:t>~30–45 min by shuttle/taxi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Castles · Scenic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Edinburgh Castle &amp; the Royal Mile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£30–£45 one-way — Taxis are available at the pier and take about 25–35 minutes to the city center. Pre-booking is recommended as cabs ofte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Edinburgh Castle &amp; the Royal Mile — </w:t>
      </w:r>
      <w:r>
        <w:rPr>
          <w:rFonts w:ascii="Arial" w:hAnsi="Arial" w:cs="Arial"/>
          <w:b w:val="0"/>
          <w:i w:val="0"/>
          <w:sz w:val="20"/>
        </w:rPr>
        <w:t>Scotland's most visited attraction perches on an ancient volcanic plug above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of Holyroodhouse — </w:t>
      </w:r>
      <w:r>
        <w:rPr>
          <w:rFonts w:ascii="Arial" w:hAnsi="Arial" w:cs="Arial"/>
          <w:b w:val="0"/>
          <w:i w:val="0"/>
          <w:sz w:val="20"/>
        </w:rPr>
        <w:t>The official Scottish residence of the British monarch at the foot of the Royal Mile.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Yacht Britannia — </w:t>
      </w:r>
      <w:r>
        <w:rPr>
          <w:rFonts w:ascii="Arial" w:hAnsi="Arial" w:cs="Arial"/>
          <w:b w:val="0"/>
          <w:i w:val="0"/>
          <w:sz w:val="20"/>
        </w:rPr>
        <w:t>The decommissioned royal yacht is moored at Leith's Ocean Terminal — five minutes from the cruise berth.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Arthur's Seat hike — </w:t>
      </w:r>
      <w:r>
        <w:rPr>
          <w:rFonts w:ascii="Arial" w:hAnsi="Arial" w:cs="Arial"/>
          <w:b w:val="0"/>
          <w:i w:val="0"/>
          <w:sz w:val="20"/>
        </w:rPr>
        <w:t>The summit of an extinct volcano rising 251 m above the city, just a short walk from Holyrood.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Forth Bridges &amp; South Queensferry village — </w:t>
      </w:r>
      <w:r>
        <w:rPr>
          <w:rFonts w:ascii="Arial" w:hAnsi="Arial" w:cs="Arial"/>
          <w:b w:val="0"/>
          <w:i w:val="0"/>
          <w:sz w:val="20"/>
        </w:rPr>
        <w:t>Three bridges across the Forth: the UNESCO-listed Victorian cantilever rail bridge, the 1964 road bridge, and the sweeping 2017…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Royal Mile — Castle to Holyrood: </w:t>
      </w:r>
      <w:r>
        <w:rPr>
          <w:rFonts w:ascii="Arial" w:hAnsi="Arial" w:cs="Arial"/>
          <w:b w:val="0"/>
          <w:i w:val="0"/>
          <w:sz w:val="20"/>
        </w:rPr>
        <w:t>~1.6 km · 1.5–2 hrs · easy (one long downhill) — Walk the entire Royal Mile from the Castle Esplanade down through Lawnmarket, the High Street,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Arthur's Seat summit loop: </w:t>
      </w:r>
      <w:r>
        <w:rPr>
          <w:rFonts w:ascii="Arial" w:hAnsi="Arial" w:cs="Arial"/>
          <w:b w:val="0"/>
          <w:i w:val="0"/>
          <w:sz w:val="20"/>
        </w:rPr>
        <w:t>~7 km · 2–3 hrs · moderate (steep in places) — Start from Holyrood Park, climb through Hunter's Bog to the summit of Arthur's Seat for 360°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Queensferry waterfront &amp; Forth Bridges view: </w:t>
      </w:r>
      <w:r>
        <w:rPr>
          <w:rFonts w:ascii="Arial" w:hAnsi="Arial" w:cs="Arial"/>
          <w:b w:val="0"/>
          <w:i w:val="0"/>
          <w:sz w:val="20"/>
        </w:rPr>
        <w:t>~2 km · 1 hr · easy — From the tender pier, stroll along South Queensferry's historic High Street and harbourfront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5:00AM–9:19PM · Jul 4:48AM–9:47PM · Sep 6:45AM–7:29PM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cruiseports.org/edinburgh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Edinburgh (South Queensferry), Scotland,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inburg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Rosslyn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of Scotland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Edinburgh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Real Mary King's Close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Royal Yacht Britannia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Edinburgh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Scottish Parliament Building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Scotch Whisky Experience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