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Edgeøya,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Svalbard's third-largest island is one of the Arctic's last true frontiers — no roads, no residents, no infrastructure. Just polar bears, walrus colonies, ancient Pomor ruins, and the profound silence of the high Arctic.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landing (no pier) · 🕒 Typical call: 4-6 hrs · 💵 No currency needed ashore · 🗣️ Norwegian / no local services · 🐻‍❄️ Expedition cruises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/ wet landing only — no pier or dock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landings at wilderness sites (Kapp Lee, Diskobukta)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bears, walrus, Svalbard reindeer, Pomor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Walrus haul-out at Kapp Lee; kittiwake canyon at Diskobukta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Kapp Lee Walrus Haul-Out — </w:t>
      </w:r>
      <w:r>
        <w:rPr>
          <w:rFonts w:ascii="Arial" w:hAnsi="Arial" w:cs="Arial"/>
          <w:b w:val="0"/>
          <w:i w:val="0"/>
          <w:sz w:val="20"/>
        </w:rPr>
        <w:t>The northwest coast of Edgeøya hosts one of Svalbard's most reliable walrus colonies.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Diskobukta Kittiwake Canyon — </w:t>
      </w:r>
      <w:r>
        <w:rPr>
          <w:rFonts w:ascii="Arial" w:hAnsi="Arial" w:cs="Arial"/>
          <w:b w:val="0"/>
          <w:i w:val="0"/>
          <w:sz w:val="20"/>
        </w:rPr>
        <w:t>A narrow gorge on the west coast where thousands of Black-legged Kittiwakes nest on sheer cliffs — the noise is extraordinary.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Pomor Station Ruins — </w:t>
      </w:r>
      <w:r>
        <w:rPr>
          <w:rFonts w:ascii="Arial" w:hAnsi="Arial" w:cs="Arial"/>
          <w:b w:val="0"/>
          <w:i w:val="0"/>
          <w:sz w:val="20"/>
        </w:rPr>
        <w:t>Russian Pomor hunters from the White Sea worked Edgeøya as early as the 1600s.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Bear &amp; Reindeer Tundra Walk — </w:t>
      </w:r>
      <w:r>
        <w:rPr>
          <w:rFonts w:ascii="Arial" w:hAnsi="Arial" w:cs="Arial"/>
          <w:b w:val="0"/>
          <w:i w:val="0"/>
          <w:sz w:val="20"/>
        </w:rPr>
        <w:t>Edgeøya is one of the most important polar bear denning areas in Svalbard.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Freemansundet Strait Zodiac Cruise — </w:t>
      </w:r>
      <w:r>
        <w:rPr>
          <w:rFonts w:ascii="Arial" w:hAnsi="Arial" w:cs="Arial"/>
          <w:b w:val="0"/>
          <w:i w:val="0"/>
          <w:sz w:val="20"/>
        </w:rPr>
        <w:t>The narrow waterway between Edgeøya and Barentsøya is prime polar bear territory — bears walk the shoreline and rest on ice floes.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Kapp Lee Beach &amp; Bone Field: </w:t>
      </w:r>
      <w:r>
        <w:rPr>
          <w:rFonts w:ascii="Arial" w:hAnsi="Arial" w:cs="Arial"/>
          <w:b w:val="0"/>
          <w:i w:val="0"/>
          <w:sz w:val="20"/>
        </w:rPr>
        <w:t>Easy | ~1-2 km | Gravel beach and tundra — From the Zodiac landing at Kapp Lee, walk the gravel beach toward the walrus haul-out (keeping…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Diskobukta Gorge Walk: </w:t>
      </w:r>
      <w:r>
        <w:rPr>
          <w:rFonts w:ascii="Arial" w:hAnsi="Arial" w:cs="Arial"/>
          <w:b w:val="0"/>
          <w:i w:val="0"/>
          <w:sz w:val="20"/>
        </w:rPr>
        <w:t>Moderate | ~2-3 km | Rocky gorge approach — From the beach landing, follow the expedition guide into the canyon where kittiwakes nest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5:12AM–7:30PM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cruiseports.org/edgeoya-island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