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Edfu, Upper Egypt, Egypt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Rising from the sands between Luxor and Aswan, Edfu's towering Temple of Horus is the most completely preserved ancient Egyptian temple — buried for centuries, rediscovered intact, and every bit as awe-inspiring as Karnak.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River dock (no tender) · 🕒 Typical call: 2–3 hrs · 💵 EGP / USD accepted · 🗣️ Arabic · 🌡️ Hot &amp; dry year-round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Riverboats moor on the Nile Corniche (West Bank); boats often raft 2–3 deep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Temple: </w:t>
      </w:r>
      <w:r>
        <w:rPr>
          <w:rFonts w:ascii="Arial" w:hAnsi="Arial" w:cs="Arial"/>
          <w:b w:val="0"/>
          <w:i w:val="0"/>
          <w:sz w:val="20"/>
        </w:rPr>
        <w:t>~1.5 miles (2.4 km) — take a caleche, not your feet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Ancient Egypt lovers, history buffs, photography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The black granite Horus falcon statues flanking the hypostyle hall entrance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LE 100–200 per trip (negotiate) — Traditional metered or negotiated taxis can be found near the pier. Useful for travel between Edfu and Luxor or Aswan if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Temple of Horus Deep Dive — </w:t>
      </w:r>
      <w:r>
        <w:rPr>
          <w:rFonts w:ascii="Arial" w:hAnsi="Arial" w:cs="Arial"/>
          <w:b w:val="0"/>
          <w:i w:val="0"/>
          <w:sz w:val="20"/>
        </w:rPr>
        <w:t>Built between 237–57 BC, the Ptolemaic Temple of Horus is the best-preserved ancient temple in Egypt.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Caleche Ride Through Edfu — </w:t>
      </w:r>
      <w:r>
        <w:rPr>
          <w:rFonts w:ascii="Arial" w:hAnsi="Arial" w:cs="Arial"/>
          <w:b w:val="0"/>
          <w:i w:val="0"/>
          <w:sz w:val="20"/>
        </w:rPr>
        <w:t>The horse-drawn carriage ride is itself part of the experience — rattling through dusty backstreets past daily Egyptian life…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Tell Edfu Archaeological Mound — </w:t>
      </w:r>
      <w:r>
        <w:rPr>
          <w:rFonts w:ascii="Arial" w:hAnsi="Arial" w:cs="Arial"/>
          <w:b w:val="0"/>
          <w:i w:val="0"/>
          <w:sz w:val="20"/>
        </w:rPr>
        <w:t>Immediately beside the temple, the mound of Tell Edfu preserves ruins of the ancient city dating to the Old Kingdom — viewable…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Edfu Souvenir Bazaar — </w:t>
      </w:r>
      <w:r>
        <w:rPr>
          <w:rFonts w:ascii="Arial" w:hAnsi="Arial" w:cs="Arial"/>
          <w:b w:val="0"/>
          <w:i w:val="0"/>
          <w:sz w:val="20"/>
        </w:rPr>
        <w:t>The exit path from the temple winds through a covered market selling spices, alabaster statues, scarabs, and cotton gallabeyas.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Inside the Temple of Horus: </w:t>
      </w:r>
      <w:r>
        <w:rPr>
          <w:rFonts w:ascii="Arial" w:hAnsi="Arial" w:cs="Arial"/>
          <w:b w:val="0"/>
          <w:i w:val="0"/>
          <w:sz w:val="20"/>
        </w:rPr>
        <w:t>Easy | ~60–90 min | 0.5 km of pathways — From the massive pylons at the entrance, move through the open Court of Offerings, into the Great…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Apr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Jun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Aug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Oct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0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Apr 5:26AM–6:10PM · Jun 5:58AM–7:39PM · Aug 6:22AM–7:22PM · Sep 6:34AM–6:52PM · Oct 6:46AM–6:21PM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KNOW BEFORE YOU GO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Negotiate the caleche before you board. Independent travellers should agree on a round-trip price (~$10–15 USD or 500–750 EGP) and only pay on return. Drivers…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Temple entry is cashless. Bring a credit or debit card for the ~450 EGP (~$9–10 USD) entrance fee. Most cruise packages include the ticket — confirm before you…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Carry small bills for baksheesh. Carriage drivers, guards, and touts will request tips. Keep $1–2 bills or 50–100 EGP notes in a front pocket — not your main…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cruiseports.org/edfu · Confirm terminal &amp; all-aboard time with your ship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