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Eastport, Maine,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easternmost city in the United States, Eastport sits on Moose Island where 28-foot tides carve the world's largest whirlpool and Victorian-era brick streets lead straight from the pier to legendary lobster rolls.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(most ships dock) · 🕒 Typical call: 6–8 hrs · 💵 USD · 🗣️ English · 🌊 Extreme tides — 20–28 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Breakwater Terminal (City Pier) — most ships dock; larger vessels may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Under 2 min — pier opens directly onto Water Street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Maritime history, seafood, tidal wildlife, Canadian border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Old Sow whirlpool boat tour and a lobster roll at Quoddy Bay Lobster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Sow Whirlpool Boat Tour — </w:t>
      </w:r>
      <w:r>
        <w:rPr>
          <w:rFonts w:ascii="Arial" w:hAnsi="Arial" w:cs="Arial"/>
          <w:b w:val="0"/>
          <w:i w:val="0"/>
          <w:sz w:val="20"/>
        </w:rPr>
        <w:t>The largest natural whirlpool in the Western Hemisphere forms where 28-foot tides squeeze through the channel between Moose…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&amp; Wildlife Cruise — </w:t>
      </w:r>
      <w:r>
        <w:rPr>
          <w:rFonts w:ascii="Arial" w:hAnsi="Arial" w:cs="Arial"/>
          <w:b w:val="0"/>
          <w:i w:val="0"/>
          <w:sz w:val="20"/>
        </w:rPr>
        <w:t>Passamaquoddy Bay hosts Minke, Finback, and Humpback whales, plus bald eagles, harbor seals, and porpoises.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 Street Historic Walk — </w:t>
      </w:r>
      <w:r>
        <w:rPr>
          <w:rFonts w:ascii="Arial" w:hAnsi="Arial" w:cs="Arial"/>
          <w:b w:val="0"/>
          <w:i w:val="0"/>
          <w:sz w:val="20"/>
        </w:rPr>
        <w:t>Eastport's 19th-century brick commercial district was once the sardine canning capital of the world.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Shackford Head State Park Hike — </w:t>
      </w:r>
      <w:r>
        <w:rPr>
          <w:rFonts w:ascii="Arial" w:hAnsi="Arial" w:cs="Arial"/>
          <w:b w:val="0"/>
          <w:i w:val="0"/>
          <w:sz w:val="20"/>
        </w:rPr>
        <w:t>Trails through coastal Maine forest lead to dramatic cliffs above Cobscook Bay.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Downeast Lobster &amp; Craft Beer — </w:t>
      </w:r>
      <w:r>
        <w:rPr>
          <w:rFonts w:ascii="Arial" w:hAnsi="Arial" w:cs="Arial"/>
          <w:b w:val="0"/>
          <w:i w:val="0"/>
          <w:sz w:val="20"/>
        </w:rPr>
        <w:t>Quoddy Bay Lobster's seasonal deck and the Waco Diner (Maine's oldest, est.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 Street Stroll: </w:t>
      </w:r>
      <w:r>
        <w:rPr>
          <w:rFonts w:ascii="Arial" w:hAnsi="Arial" w:cs="Arial"/>
          <w:b w:val="0"/>
          <w:i w:val="0"/>
          <w:sz w:val="20"/>
        </w:rPr>
        <w:t>0.5 mi · 15 min · Easy — Walk the length of Eastport's historic brick main street from the City Pier north through…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Shackford Head Loop: </w:t>
      </w:r>
      <w:r>
        <w:rPr>
          <w:rFonts w:ascii="Arial" w:hAnsi="Arial" w:cs="Arial"/>
          <w:b w:val="0"/>
          <w:i w:val="0"/>
          <w:sz w:val="20"/>
        </w:rPr>
        <w:t>3.5 mi rt · 90 min · Moderate — Head west from the pier along Water Street and Deep Cove Road to Shackford Head State Park.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5:33AM–8:01PM · Jul 5:32AM–8:20PM · Sep 6:32AM–6:59PM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cruiseports.org/eastport-me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Eastport, Maine,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astport-m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Quoddy Head State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Roosevelt Campobello International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Head Harbour Lightstation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Shackford Head State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West Quoddy Head Lighthouse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Lost Fisherman's Memorial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