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Easter Island (Hanga Roa),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remote inhabited islands on Earth — a wind-swept triangle of volcanic craters, ceremonial platforms, and nearly a thousand brooding moai staring out from the Pacific. Your shore day here is genuinely unlike anywhere else.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 — weather-dependent) · 🕒 Typical call: 7–10 hrs · 💵 Chilean Peso (CLP) · 🗣️ Spanish / Rapa Nui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Hanga Roa Caleta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Moai · Archaeology · Remote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Rano Raraku &amp; Ahu Tongariki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$3–5 USD in town; island tours ~$50–130/person — Taxis are available in Hanga Roa for short hops or can be hired for half/full-day island tours. Negotiate the rate befor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Rano Raraku &amp; Ahu Tongariki — </w:t>
      </w:r>
      <w:r>
        <w:rPr>
          <w:rFonts w:ascii="Arial" w:hAnsi="Arial" w:cs="Arial"/>
          <w:b w:val="0"/>
          <w:i w:val="0"/>
          <w:sz w:val="20"/>
        </w:rPr>
        <w:t>The volcanic quarry where nearly all 900+ moai were carved, with dozens still half-finished in the hillside — hauntingly surreal.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Rano Kau Crater &amp; Orongo Birdman Village — </w:t>
      </w:r>
      <w:r>
        <w:rPr>
          <w:rFonts w:ascii="Arial" w:hAnsi="Arial" w:cs="Arial"/>
          <w:b w:val="0"/>
          <w:i w:val="0"/>
          <w:sz w:val="20"/>
        </w:rPr>
        <w:t>A steep-walled volcanic caldera filled with a reed-covered freshwater lake, and perched on its rim: Orongo, the ceremonial 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Anakena Beach — </w:t>
      </w:r>
      <w:r>
        <w:rPr>
          <w:rFonts w:ascii="Arial" w:hAnsi="Arial" w:cs="Arial"/>
          <w:b w:val="0"/>
          <w:i w:val="0"/>
          <w:sz w:val="20"/>
        </w:rPr>
        <w:t>The island's only white-sand beach on the north coast, framed by palm trees and two ahu (platforms) — including a platform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Ahu Akivi — Inland-Facing Moai — </w:t>
      </w:r>
      <w:r>
        <w:rPr>
          <w:rFonts w:ascii="Arial" w:hAnsi="Arial" w:cs="Arial"/>
          <w:b w:val="0"/>
          <w:i w:val="0"/>
          <w:sz w:val="20"/>
        </w:rPr>
        <w:t>The only ahu whose seven moai face the ocean rather than land — astronomically aligned to the setting sun at equinox.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Diving — </w:t>
      </w:r>
      <w:r>
        <w:rPr>
          <w:rFonts w:ascii="Arial" w:hAnsi="Arial" w:cs="Arial"/>
          <w:b w:val="0"/>
          <w:i w:val="0"/>
          <w:sz w:val="20"/>
        </w:rPr>
        <w:t>Easter Island's waters are some of the clearest in the world — visibility can exceed 40 meters.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Hanga Roa waterfront &amp; Ahu Tahai: </w:t>
      </w:r>
      <w:r>
        <w:rPr>
          <w:rFonts w:ascii="Arial" w:hAnsi="Arial" w:cs="Arial"/>
          <w:b w:val="0"/>
          <w:i w:val="0"/>
          <w:sz w:val="20"/>
        </w:rPr>
        <w:t>~2 km · 1 hr · easy — A short walk north along the coast from the tender dock brings you to Ahu Tahai — a restored…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Hanga Roa town center: </w:t>
      </w:r>
      <w:r>
        <w:rPr>
          <w:rFonts w:ascii="Arial" w:hAnsi="Arial" w:cs="Arial"/>
          <w:b w:val="0"/>
          <w:i w:val="0"/>
          <w:sz w:val="20"/>
        </w:rPr>
        <w:t>~1 km · 30 min · easy — A stroll up Avenida Atamu Tekena, Hanga Roa's main street, past local restaurants, souvenir shops…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7:50AM–6:36PM · Jul 8:06AM–6:41PM · Sep 8:15AM–8:10PM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cruiseports.org/easter-island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Easter Island (Hanga Roa),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ster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Rapa Nui National Park-Land Of the Shark Spirits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Caleta Hanga Roa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Cueva De Las Dos Ventanas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Poko Poko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Rano a Raraku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Varua Ora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Parroquia de la Santa Cruz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