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East London, Eastern Cape, South Africa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South Africa's only river port trades container ships for cruise passengers chasing the Big Five. Beyond the Buffalo River, world-class surf beaches and Xhosa cultural villages await.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8-10 hrs · 💵 South African Rand (ZAR) · 🗣️ English &amp; Xhosa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dock at the Port of East London on the Buffalo River — no tendering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~3 km to Oxford Street; taxis and shuttles available at the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Safari day trips, Indian Ocean beaches, Xhosa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coelacanth display at East London Museum — the world's best-preserved specimen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R80–R150 — Metered taxis are available at the pier. Agree on a fare before departure; city center is roughly 5 km from the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Big Five Safari at Inkwenkwezi or Mpongo — </w:t>
      </w:r>
      <w:r>
        <w:rPr>
          <w:rFonts w:ascii="Arial" w:hAnsi="Arial" w:cs="Arial"/>
          <w:b w:val="0"/>
          <w:i w:val="0"/>
          <w:sz w:val="20"/>
        </w:rPr>
        <w:t>Private game reserves 30–45 minutes from the port offer open-vehicle drives to see lion, leopard, elephant, rhino, and buffalo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Khaya La Bantu Xhosa Cultural Village — </w:t>
      </w:r>
      <w:r>
        <w:rPr>
          <w:rFonts w:ascii="Arial" w:hAnsi="Arial" w:cs="Arial"/>
          <w:b w:val="0"/>
          <w:i w:val="0"/>
          <w:sz w:val="20"/>
        </w:rPr>
        <w:t>An open-air living museum exploring Xhosa heritage through traditional dance, song, beadwork demonstrations, and a reconstructed…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East London Museum — </w:t>
      </w:r>
      <w:r>
        <w:rPr>
          <w:rFonts w:ascii="Arial" w:hAnsi="Arial" w:cs="Arial"/>
          <w:b w:val="0"/>
          <w:i w:val="0"/>
          <w:sz w:val="20"/>
        </w:rPr>
        <w:t>Home to the world's only known dodo egg and the finest preserved coelacanth specimen — a prehistoric fish rediscovered alive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Orient Beach &amp; East London Aquarium — </w:t>
      </w:r>
      <w:r>
        <w:rPr>
          <w:rFonts w:ascii="Arial" w:hAnsi="Arial" w:cs="Arial"/>
          <w:b w:val="0"/>
          <w:i w:val="0"/>
          <w:sz w:val="20"/>
        </w:rPr>
        <w:t>Orient Beach offers calm Indian Ocean swimming, tidal pools, and a water slide.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Nahoon Beach &amp; Reef Surfing — </w:t>
      </w:r>
      <w:r>
        <w:rPr>
          <w:rFonts w:ascii="Arial" w:hAnsi="Arial" w:cs="Arial"/>
          <w:b w:val="0"/>
          <w:i w:val="0"/>
          <w:sz w:val="20"/>
        </w:rPr>
        <w:t>Nahoon Reef is one of South Africa's legendary surf breaks, producing fast right-handers that have hosted international…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Oxford Street City Centre Stroll: </w:t>
      </w:r>
      <w:r>
        <w:rPr>
          <w:rFonts w:ascii="Arial" w:hAnsi="Arial" w:cs="Arial"/>
          <w:b w:val="0"/>
          <w:i w:val="0"/>
          <w:sz w:val="20"/>
        </w:rPr>
        <w:t>1.5 km | 20 min | Flat — Take a taxi to the city centre, then explore Oxford Street on foot.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Orient Beach Waterfront Walk: </w:t>
      </w:r>
      <w:r>
        <w:rPr>
          <w:rFonts w:ascii="Arial" w:hAnsi="Arial" w:cs="Arial"/>
          <w:b w:val="0"/>
          <w:i w:val="0"/>
          <w:sz w:val="20"/>
        </w:rPr>
        <w:t>2 km | 30 min | Flat beachfront — From Orient Beach, stroll south along the beachfront promenade past tidal pools to the East London…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6:52AM–5:17PM · Jul 7:09AM–5:19PM · Sep 6:07AM–6:00PM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cruiseports.org/east-london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East London, Eastern Cape, South Africa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ast-lond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East London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Nahoon Point Lighthouse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East London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Dassie Trail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Eastern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Nahoon Reef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Bats' Cave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Mermaid's Pool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