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Dzaoudzi, Petite-Terre, Mayotte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French territory tucked in the Mozambique Channel, Mayotte offers one of the world's largest enclosed lagoons, nesting sea turtles, and the surreal emerald-green Lac Dziani — all on a small island barely touched by mass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7–9 hrs · 💶 Currency: Euro (€) · 🗣️ French / Shimaore · 🌊 One of the world's largest lagoons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lagoon; tender to Dzaoudzi Jetty, Petite-Terre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5–10 min to Boulevard des Crabes; Lac Dziani needs a taxi (4.5 km)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sea turtles, volcanic scenery, off-the-beaten-path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Lac Dziani crater hike and a lagoon boat tour for dolphins or humpback whales (Jul–Oct)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~€1.40–€2.10/ride — Shared minivan taxis running fixed routes around the island. The most affordable local transport; daytime fares are arou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Lac Dziani Crater Hike — </w:t>
      </w:r>
      <w:r>
        <w:rPr>
          <w:rFonts w:ascii="Arial" w:hAnsi="Arial" w:cs="Arial"/>
          <w:b w:val="0"/>
          <w:i w:val="0"/>
          <w:sz w:val="20"/>
        </w:rPr>
        <w:t>Hike to the rim of an ancient volcanic crater to see the startling emerald-green crater lake, its color driven by unique…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Lagoon Snorkeling &amp; Dolphin Tour — </w:t>
      </w:r>
      <w:r>
        <w:rPr>
          <w:rFonts w:ascii="Arial" w:hAnsi="Arial" w:cs="Arial"/>
          <w:b w:val="0"/>
          <w:i w:val="0"/>
          <w:sz w:val="20"/>
        </w:rPr>
        <w:t>Mayotte's double barrier reef encloses one of the largest lagoons in the world.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N'Gouja Beach — Turtles &amp; Lemurs — </w:t>
      </w:r>
      <w:r>
        <w:rPr>
          <w:rFonts w:ascii="Arial" w:hAnsi="Arial" w:cs="Arial"/>
          <w:b w:val="0"/>
          <w:i w:val="0"/>
          <w:sz w:val="20"/>
        </w:rPr>
        <w:t>Drive across to Grande-Terre for N'Gouja Beach, where giant green sea turtles graze in the shallows just meters from shore,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Historic Dzaoudzi Rock &amp; MUMA Museum — </w:t>
      </w:r>
      <w:r>
        <w:rPr>
          <w:rFonts w:ascii="Arial" w:hAnsi="Arial" w:cs="Arial"/>
          <w:b w:val="0"/>
          <w:i w:val="0"/>
          <w:sz w:val="20"/>
        </w:rPr>
        <w:t>Walk the old colonial capital: see the former Governor's Palace (a prefabricated metal-frame building by the Moisant workshops, 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Moya Beach — Sea Turtle Nesting Site — </w:t>
      </w:r>
      <w:r>
        <w:rPr>
          <w:rFonts w:ascii="Arial" w:hAnsi="Arial" w:cs="Arial"/>
          <w:b w:val="0"/>
          <w:i w:val="0"/>
          <w:sz w:val="20"/>
        </w:rPr>
        <w:t>A pristine, wild crescent beach on Petite-Terre and one of Mayotte's most important sea turtle nesting sites.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Dzaoudzi Heritage Walk: </w:t>
      </w:r>
      <w:r>
        <w:rPr>
          <w:rFonts w:ascii="Arial" w:hAnsi="Arial" w:cs="Arial"/>
          <w:b w:val="0"/>
          <w:i w:val="0"/>
          <w:sz w:val="20"/>
        </w:rPr>
        <w:t>45 min · Easy · Flat · Free — Stroll from the Dzaoudzi Jetty along Boulevard des Crabes — a causeway lined with cafes and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Pointe Mahabou Sunset Walk: </w:t>
      </w:r>
      <w:r>
        <w:rPr>
          <w:rFonts w:ascii="Arial" w:hAnsi="Arial" w:cs="Arial"/>
          <w:b w:val="0"/>
          <w:i w:val="0"/>
          <w:sz w:val="20"/>
        </w:rPr>
        <w:t>30 min · Easy · Scenic — A short stroll to Pointe Mahabou on the eastern tip of Petite-Terre, where locals gather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6:09AM–5:40PM · Jul 6:21AM–5:48PM · Sep 5:53AM–5:54PM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cruiseports.org/dzaoudzi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Dzaoudzi, Petite-Terre, Mayotte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zaoudz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Tourist Office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Plage du Faré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