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Dutch Harbor, Unalaska,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busiest fishing port sits under skies thick with bald eagles and WWII ghosts. Dutch Harbor and Unalaska offer raw Aleutian beauty, world-class history, and zero tourist kitsch.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dock) · 🕒 Typical call: 8–10 hrs · 💵 USD · 🗣️ English · 🦅 Wildlife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(UniSea or Kloosterboer industrial dock; shuttle to town required)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dock — free/paid shuttle ~2–3 miles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bald eagle watching, Deadliest Catch boats, Unangan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Holy Ascension Cathedral, Museum of the Aleutians, Bunker Hill hike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— Several local taxi companies operate in Unalaska (Alaskan Taxi, Aleutian Taxi, Island Taxi, Star Taxi, and others). Shor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Aleutian History Tour — </w:t>
      </w:r>
      <w:r>
        <w:rPr>
          <w:rFonts w:ascii="Arial" w:hAnsi="Arial" w:cs="Arial"/>
          <w:b w:val="0"/>
          <w:i w:val="0"/>
          <w:sz w:val="20"/>
        </w:rPr>
        <w:t>Van tour of Dutch Harbor's extraordinary WWII sites: Fort Schwatka (the highest coastal defense battery built in the US during…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Bunker Hill Hike — </w:t>
      </w:r>
      <w:r>
        <w:rPr>
          <w:rFonts w:ascii="Arial" w:hAnsi="Arial" w:cs="Arial"/>
          <w:b w:val="0"/>
          <w:i w:val="0"/>
          <w:sz w:val="20"/>
        </w:rPr>
        <w:t>A moderate 1.5-mile gravel road hike to the top of Bunker Hill rewards you with WWII concrete bunkers and sweeping 360°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the Aleutians — </w:t>
      </w:r>
      <w:r>
        <w:rPr>
          <w:rFonts w:ascii="Arial" w:hAnsi="Arial" w:cs="Arial"/>
          <w:b w:val="0"/>
          <w:i w:val="0"/>
          <w:sz w:val="20"/>
        </w:rPr>
        <w:t>One of Alaska's best small museums, covering 9,000 years of Unangan (Aleut) culture, the Russian fur-trade era, and the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Bald Eagle &amp; Wildlife Walk — </w:t>
      </w:r>
      <w:r>
        <w:rPr>
          <w:rFonts w:ascii="Arial" w:hAnsi="Arial" w:cs="Arial"/>
          <w:b w:val="0"/>
          <w:i w:val="0"/>
          <w:sz w:val="20"/>
        </w:rPr>
        <w:t>Dutch Harbor may have the highest density of bald eagles of any US port — they perch on telephone poles, shipping containers,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Deadliest Catch Fleet Walk — </w:t>
      </w:r>
      <w:r>
        <w:rPr>
          <w:rFonts w:ascii="Arial" w:hAnsi="Arial" w:cs="Arial"/>
          <w:b w:val="0"/>
          <w:i w:val="0"/>
          <w:sz w:val="20"/>
        </w:rPr>
        <w:t>Walk the Spit dock area to spot famous crab boats from the Discovery Channel show — vessels like the Northwestern and Wizard are…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Bridge Walk: Grand Aleutian to Museum of the Aleutians: </w:t>
      </w:r>
      <w:r>
        <w:rPr>
          <w:rFonts w:ascii="Arial" w:hAnsi="Arial" w:cs="Arial"/>
          <w:b w:val="0"/>
          <w:i w:val="0"/>
          <w:sz w:val="20"/>
        </w:rPr>
        <w:t>1.2 miles one-way · 25 min · Flat · Stunning harbor views — Walk across the bridge connecting Dutch Harbor (Amaknak Island) to Unalaska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Bunker Hill Road Hike: </w:t>
      </w:r>
      <w:r>
        <w:rPr>
          <w:rFonts w:ascii="Arial" w:hAnsi="Arial" w:cs="Arial"/>
          <w:b w:val="0"/>
          <w:i w:val="0"/>
          <w:sz w:val="20"/>
        </w:rPr>
        <w:t>1.5 miles · 45–60 min · Moderate uphill · WWII ruins at top — Follow the gravel road up Bunker Hill from the Unalaska town side.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7:03AM–11:02PM · Jul 6:55AM–11:28PM · Sep 8:40AM–9:20PM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cruiseports.org/dutch-harbor-unalaska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