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Durrës, Albania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Europe's oldest cities, Durrës drops you at the heart of ancient Roman history, an Albanian beach strip, and a gateway to Tirana — all without ever tendering a single wave.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7-9 hrs · 💵 Albanian Lek (ALL); EUR widely accepted · 🗣️ Albanian; Italian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directly;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~10-15 min (1 km) to Freedom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Roman history, beaches, day trip to Tirana or Krujë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Roman Amphitheater — largest in the Balkans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~800 ALL (~$10 USD) — Taxis are available at the port gate for the short ride to the city center. VrapOn and Speed Taxi apps offer transparent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HOBUS Albania / Durrës City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Amphitheater of Durrës — </w:t>
      </w:r>
      <w:r>
        <w:rPr>
          <w:rFonts w:ascii="Arial" w:hAnsi="Arial" w:cs="Arial"/>
          <w:b w:val="0"/>
          <w:i w:val="0"/>
          <w:sz w:val="20"/>
        </w:rPr>
        <w:t>The largest Roman amphitheater in the Balkans, built under Emperor Trajan in the 2nd century AD and seating 20,000.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Archaeological Museum of Durrës — </w:t>
      </w:r>
      <w:r>
        <w:rPr>
          <w:rFonts w:ascii="Arial" w:hAnsi="Arial" w:cs="Arial"/>
          <w:b w:val="0"/>
          <w:i w:val="0"/>
          <w:sz w:val="20"/>
        </w:rPr>
        <w:t>Albania's largest archaeological museum, recently renovated, displaying Greek, Hellenistic, and Roman artifacts from the city's…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Tirana — </w:t>
      </w:r>
      <w:r>
        <w:rPr>
          <w:rFonts w:ascii="Arial" w:hAnsi="Arial" w:cs="Arial"/>
          <w:b w:val="0"/>
          <w:i w:val="0"/>
          <w:sz w:val="20"/>
        </w:rPr>
        <w:t>Albania's vibrant, colorful capital is just 40 minutes away by taxi or minibus.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Krujë Castle &amp; Ottoman Bazaar — </w:t>
      </w:r>
      <w:r>
        <w:rPr>
          <w:rFonts w:ascii="Arial" w:hAnsi="Arial" w:cs="Arial"/>
          <w:b w:val="0"/>
          <w:i w:val="0"/>
          <w:sz w:val="20"/>
        </w:rPr>
        <w:t>Hillside fortress of Albania's national hero Skanderbeg, 50 minutes from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Durrës Beach — </w:t>
      </w:r>
      <w:r>
        <w:rPr>
          <w:rFonts w:ascii="Arial" w:hAnsi="Arial" w:cs="Arial"/>
          <w:b w:val="0"/>
          <w:i w:val="0"/>
          <w:sz w:val="20"/>
        </w:rPr>
        <w:t>A wide sandy arc stretching south from the port, warm shallow Adriatic water, and a row of beach clubs.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Gate to Freedom Square &amp; Amphitheater Loop: </w:t>
      </w:r>
      <w:r>
        <w:rPr>
          <w:rFonts w:ascii="Arial" w:hAnsi="Arial" w:cs="Arial"/>
          <w:b w:val="0"/>
          <w:i w:val="0"/>
          <w:sz w:val="20"/>
        </w:rPr>
        <w:t>2.5 km · ~45 min · Flat with one short hill — Walk from the port gate along the main boulevard to Freedom Square.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Vollga Promenade to the Sphinx: </w:t>
      </w:r>
      <w:r>
        <w:rPr>
          <w:rFonts w:ascii="Arial" w:hAnsi="Arial" w:cs="Arial"/>
          <w:b w:val="0"/>
          <w:i w:val="0"/>
          <w:sz w:val="20"/>
        </w:rPr>
        <w:t>2 km · ~30 min · Flat seafront — Head south from the port along the waterfront promenade past seafood restaurants and sculptures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5:23AM–7:53PM · Jul 5:22AM–8:13PM · Sep 6:22AM–6:51PM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cruiseports.org/durres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Durrës, Albania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urr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Durrës Amphitheatre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Town Square of Durrës - Sheshi Liria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