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Durban, KwaZulu-Natal,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Africa's busiest cruise port pairs a sun-drenched Indian Ocean beachfront with deep Zulu heritage — you can surf North Beach in the morning and visit a traditional village by afternoon.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South African Rand (ZAR) · 🗣️ Zulu,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Nelson Mandela Cruise Terminal, Point Waterfront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3–4 km to CBD / Golden Mile beachfront; rideshare or taxi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Zulu culture, beach days, Big Five safaris, Indian-influenced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uShaka Marine World, Moses Mabhida Stadium SkyCar, Valley of a Thousand Hills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R200–R350 (~$11–$19 USD) to city centre — Metered taxis are available at the cruise terminal. Confirm the meter is running before departure; walking to the city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Ricksha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Five Safari — Hluhluwe-iMfolozi Park — </w:t>
      </w:r>
      <w:r>
        <w:rPr>
          <w:rFonts w:ascii="Arial" w:hAnsi="Arial" w:cs="Arial"/>
          <w:b w:val="0"/>
          <w:i w:val="0"/>
          <w:sz w:val="20"/>
        </w:rPr>
        <w:t>A full-day drive (about 2.5–3 hrs each way) to one of Africa's oldest game reserves, home to the Big Five and renowned for white…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Tala Private Game Reserve Half-Day Safari — </w:t>
      </w:r>
      <w:r>
        <w:rPr>
          <w:rFonts w:ascii="Arial" w:hAnsi="Arial" w:cs="Arial"/>
          <w:b w:val="0"/>
          <w:i w:val="0"/>
          <w:sz w:val="20"/>
        </w:rPr>
        <w:t>Closer option (45 min from port) offering giraffes, zebras, white rhinos, wildebeest, and prolific birdlife on a private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a Thousand Hills &amp; PheZulu Cultural Village — </w:t>
      </w:r>
      <w:r>
        <w:rPr>
          <w:rFonts w:ascii="Arial" w:hAnsi="Arial" w:cs="Arial"/>
          <w:b w:val="0"/>
          <w:i w:val="0"/>
          <w:sz w:val="20"/>
        </w:rPr>
        <w:t>Scenic drive into the misty hills west of Durban to experience authentic Zulu culture — traditional dance, beadwork, homestead…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uShaka Marine World — </w:t>
      </w:r>
      <w:r>
        <w:rPr>
          <w:rFonts w:ascii="Arial" w:hAnsi="Arial" w:cs="Arial"/>
          <w:b w:val="0"/>
          <w:i w:val="0"/>
          <w:sz w:val="20"/>
        </w:rPr>
        <w:t>The largest aquarium in Africa, themed around a series of four 'wrecked' cargo ships at Point Waterfront — minutes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Moses Mabhida Stadium SkyCar — </w:t>
      </w:r>
      <w:r>
        <w:rPr>
          <w:rFonts w:ascii="Arial" w:hAnsi="Arial" w:cs="Arial"/>
          <w:b w:val="0"/>
          <w:i w:val="0"/>
          <w:sz w:val="20"/>
        </w:rPr>
        <w:t>Ride the aerial SkyCar to the top of the iconic 2010 World Cup stadium arch for sweeping panoramic views of Durban's skyline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Mile Beachfront Walk: </w:t>
      </w:r>
      <w:r>
        <w:rPr>
          <w:rFonts w:ascii="Arial" w:hAnsi="Arial" w:cs="Arial"/>
          <w:b w:val="0"/>
          <w:i w:val="0"/>
          <w:sz w:val="20"/>
        </w:rPr>
        <w:t>3 km · Easy · 45–60 min — Durban's famous 6 km beachfront promenade runs along shark-netted swimming beaches from South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Waterfront to uShaka Marine World: </w:t>
      </w:r>
      <w:r>
        <w:rPr>
          <w:rFonts w:ascii="Arial" w:hAnsi="Arial" w:cs="Arial"/>
          <w:b w:val="0"/>
          <w:i w:val="0"/>
          <w:sz w:val="20"/>
        </w:rPr>
        <w:t>0.5 km · Easy · 10 min — A short waterfront stroll from the cruise terminal directly to uShaka Marine World's entrance…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6:33AM–5:10PM · Jul 6:50AM–5:13PM · Sep 5:54AM–5:48PM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cruiseports.org/durban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Durban, KwaZulu-Natal,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rb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Bat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Bergtheil Museum Westville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Moses Mabhida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Emmanuel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Science Museum Research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uShaka Marine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Local History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