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Dubrovnik, Dalmatia, Croatia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Pearl of the Adriatic: a UNESCO-listed medieval walled city rising straight from the sea, famous for its 2 km circuit of stone walls, Game of Thrones filming locations, and that impossible-blue Adriatic light.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(Port Gruž) · 🕒 Typical call: 8–12 hrs · 💶 Euro (EUR) · Cards widely accepted · 🗣️ Croatian · English widely spoken · 🎬 Game of Thrones filming location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Port Gruž — 3 km northwest of Old City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Old City: </w:t>
      </w:r>
      <w:r>
        <w:rPr>
          <w:rFonts w:ascii="Arial" w:hAnsi="Arial" w:cs="Arial"/>
          <w:b w:val="0"/>
          <w:i w:val="0"/>
          <w:sz w:val="20"/>
        </w:rPr>
        <w:t>Shuttle ~€3 · Bus 1A/1B ~€2 · Taxi €10–15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City Walls · Cable Car · Island Escapes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Walk the full 2 km walls — buy tickets online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€10–€15 — Standard taxi from Gruž Port to Pile Gate takes about 5–6 minutes. Fixed-rate private transfers (sedan) run around €30 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 · from €32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the City Walls — </w:t>
      </w:r>
      <w:r>
        <w:rPr>
          <w:rFonts w:ascii="Arial" w:hAnsi="Arial" w:cs="Arial"/>
          <w:b w:val="0"/>
          <w:i w:val="0"/>
          <w:sz w:val="20"/>
        </w:rPr>
        <w:t>The 2 km circuit of Dubrovnik's medieval walls is one of the great urban walks in Europe.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Cable Car to Mount Srđ — </w:t>
      </w:r>
      <w:r>
        <w:rPr>
          <w:rFonts w:ascii="Arial" w:hAnsi="Arial" w:cs="Arial"/>
          <w:b w:val="0"/>
          <w:i w:val="0"/>
          <w:sz w:val="20"/>
        </w:rPr>
        <w:t>A 4-minute ride up Mount Srđ (412 m) delivers the most dramatic panorama in Dalmatia — the Old City laid out like a model, Lokrum…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Lokrum Island — </w:t>
      </w:r>
      <w:r>
        <w:rPr>
          <w:rFonts w:ascii="Arial" w:hAnsi="Arial" w:cs="Arial"/>
          <w:b w:val="0"/>
          <w:i w:val="0"/>
          <w:sz w:val="20"/>
        </w:rPr>
        <w:t>A 15-minute ferry from the Old City harbour drops you on a forested nature reserve with botanical gardens, roaming peacocks,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Elafiti Islands Boat Tour — </w:t>
      </w:r>
      <w:r>
        <w:rPr>
          <w:rFonts w:ascii="Arial" w:hAnsi="Arial" w:cs="Arial"/>
          <w:b w:val="0"/>
          <w:i w:val="0"/>
          <w:sz w:val="20"/>
        </w:rPr>
        <w:t>A half or full-day cruise visits three tranquil islands northwest of Dubrovnik — Koločep, Lopud, and Šipan.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Mostar Day Trip (Bosnia &amp; Herzegovina) — </w:t>
      </w:r>
      <w:r>
        <w:rPr>
          <w:rFonts w:ascii="Arial" w:hAnsi="Arial" w:cs="Arial"/>
          <w:b w:val="0"/>
          <w:i w:val="0"/>
          <w:sz w:val="20"/>
        </w:rPr>
        <w:t>A full-day cross-border excursion to the iconic city of Mostar, famous for the 16th-century Stari Most (Old Bridge) arching over…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Stradun Circuit: </w:t>
      </w:r>
      <w:r>
        <w:rPr>
          <w:rFonts w:ascii="Arial" w:hAnsi="Arial" w:cs="Arial"/>
          <w:b w:val="0"/>
          <w:i w:val="0"/>
          <w:sz w:val="20"/>
        </w:rPr>
        <w:t>45–60 min · Flat · Free — The classic introduction: enter at Pile Gate, stroll the entire Stradun (Placa) limestone promenade…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Above the Old City: Steps to Buža Bar: </w:t>
      </w:r>
      <w:r>
        <w:rPr>
          <w:rFonts w:ascii="Arial" w:hAnsi="Arial" w:cs="Arial"/>
          <w:b w:val="0"/>
          <w:i w:val="0"/>
          <w:sz w:val="20"/>
        </w:rPr>
        <w:t>30–45 min · Some stairs · Free to walk — From Stradun, climb any staircase heading south toward the city walls and follow signage for 'Buža…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Lovrijenac &amp; Pile Gate Beach: </w:t>
      </w:r>
      <w:r>
        <w:rPr>
          <w:rFonts w:ascii="Arial" w:hAnsi="Arial" w:cs="Arial"/>
          <w:b w:val="0"/>
          <w:i w:val="0"/>
          <w:sz w:val="20"/>
        </w:rPr>
        <w:t>45 min round trip · Easy · €40 walls ticket or separate fee — Cross the bridge outside Pile Gate and climb to Fort Lovrijenac — 'Dubrovnik's Gibraltar,'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5:25AM–8:02PM · Jul 5:23AM–8:23PM · Sep 6:27AM–6:57PM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cruiseports.org/dubrovnik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Dubrovnik, Dalmatia, Croatia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ubrovni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St. Blasius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Onofrio's Large Fountain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Clock Tower of Dubrovnik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Archeological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St. Ignatius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Merit Casino Libertas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Porporela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