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Dravuni Island, Kadavu,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pristine dot in Fiji's Kadavu Group, Dravuni rewards cruise visitors with turquoise reef water, a welcoming village, and hillside views that stretch to the horizon — all on foot from the tender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Fijian Dollar (FJD); USD/AUD accepted by vendors · 🗣️ Fijian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~10-min ride to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Village is 5 min walk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the Great Astrolabe Reef, beach relaxation, village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Hilltop hike for 360° views of reef and ship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Astrolabe Reef Snorkeling — </w:t>
      </w:r>
      <w:r>
        <w:rPr>
          <w:rFonts w:ascii="Arial" w:hAnsi="Arial" w:cs="Arial"/>
          <w:b w:val="0"/>
          <w:i w:val="0"/>
          <w:sz w:val="20"/>
        </w:rPr>
        <w:t>Dravuni sits on the edge of the Great Astrolabe Reef, the world's fourth-largest barrier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Hike &amp; Panoramic Views — </w:t>
      </w:r>
      <w:r>
        <w:rPr>
          <w:rFonts w:ascii="Arial" w:hAnsi="Arial" w:cs="Arial"/>
          <w:b w:val="0"/>
          <w:i w:val="0"/>
          <w:sz w:val="20"/>
        </w:rPr>
        <w:t>A short but steep trail starts near the village and climbs to Dravuni's highest point (~45 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Dravuni Village Walk — </w:t>
      </w:r>
      <w:r>
        <w:rPr>
          <w:rFonts w:ascii="Arial" w:hAnsi="Arial" w:cs="Arial"/>
          <w:b w:val="0"/>
          <w:i w:val="0"/>
          <w:sz w:val="20"/>
        </w:rPr>
        <w:t>The village at the center of the island is small but welcoming.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&amp; Local Market — </w:t>
      </w:r>
      <w:r>
        <w:rPr>
          <w:rFonts w:ascii="Arial" w:hAnsi="Arial" w:cs="Arial"/>
          <w:b w:val="0"/>
          <w:i w:val="0"/>
          <w:sz w:val="20"/>
        </w:rPr>
        <w:t>Spread out on the soft white sand, swim in the calm turquoise bay, and browse the small market beside the tender landing.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to Hilltop Viewpoint: </w:t>
      </w:r>
      <w:r>
        <w:rPr>
          <w:rFonts w:ascii="Arial" w:hAnsi="Arial" w:cs="Arial"/>
          <w:b w:val="0"/>
          <w:i w:val="0"/>
          <w:sz w:val="20"/>
        </w:rPr>
        <w:t>~1 km one way | 45-60 mins | Moderate — From the tender landing beach, follow the path through the village and take the main trail uphill…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Far Beach Snorkel Walk: </w:t>
      </w:r>
      <w:r>
        <w:rPr>
          <w:rFonts w:ascii="Arial" w:hAnsi="Arial" w:cs="Arial"/>
          <w:b w:val="0"/>
          <w:i w:val="0"/>
          <w:sz w:val="20"/>
        </w:rPr>
        <w:t>~500 m | 15 mins | Easy — From the village, walk along the shoreline toward the rocks at the island's far end.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6:15AM–5:55PM · Jun 6:36AM–5:36PM · Aug 6:26AM–5:54PM · Sep 6:02AM–6:00PM · Oct 5:36AM–6:06PM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water. There are no shops or restaurants on the island. Pack enough for the whole day, plus snacks if you'll be active.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 if you have it. Rental from village stalls is inconsistent. This reef is the highlight of the stop — don't miss 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small bills. No ATMs, no card readers. USD and AUD are widely accepted alongside FJD. Bring small denominations for the market.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cruiseports.org/dravuni-island-fiji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