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Dordrecht, South Holland, Netherlands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Dordrecht — Dordt to locals — is the oldest city in Holland, born in 1220 on a river island where the Oude Maas, Merwede and Noord converge. Step off the gangway directly onto golden-age cobblestones, with Kinderdijk windmills just 30 minutes away by water.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(city quay) · 🕒 Typical call: 6–8 hrs · 💶 Euro — nearly cashless · 🗣️ Dutch (English universal) · 🏛️ Holland's oldest city (1220)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Docked at city quay — step ashore directly into the historic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0 min — the dock IS the historic center (Groothoofd)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walkers, Dutch Golden Age art, Kinderdijk day trips, canal boats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Waterbus to Kinderdijk windmills (UNESCO); Grote Kerk tower views; Huis Van Gijn museum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€4–€10 — Local taxis (Taxi Service Drechtsteden, Staxi) use metered fares with a start tariff of ~€4.15 and ~€3.05/km. Useful for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Kinderdijk Windmills (UNESCO) — </w:t>
      </w:r>
      <w:r>
        <w:rPr>
          <w:rFonts w:ascii="Arial" w:hAnsi="Arial" w:cs="Arial"/>
          <w:b w:val="0"/>
          <w:i w:val="0"/>
          <w:sz w:val="20"/>
        </w:rPr>
        <w:t>Nineteen eighteenth-century windmills in a row — the most photographed scene in the Netherlands.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Grote Kerk Tower Climb — </w:t>
      </w:r>
      <w:r>
        <w:rPr>
          <w:rFonts w:ascii="Arial" w:hAnsi="Arial" w:cs="Arial"/>
          <w:b w:val="0"/>
          <w:i w:val="0"/>
          <w:sz w:val="20"/>
        </w:rPr>
        <w:t>Climb 275 steps up Dordrecht's leaning Gothic tower (leans 2.25 m) for sweeping views over the river delta and historic rooftops.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Huis Van Gijn Museum — </w:t>
      </w:r>
      <w:r>
        <w:rPr>
          <w:rFonts w:ascii="Arial" w:hAnsi="Arial" w:cs="Arial"/>
          <w:b w:val="0"/>
          <w:i w:val="0"/>
          <w:sz w:val="20"/>
        </w:rPr>
        <w:t>A perfectly preserved 19th-century canal mansion — the home of banker and collector Simon van Gijn, preserved much as he left it…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Nationaal Park De Biesbosch — </w:t>
      </w:r>
      <w:r>
        <w:rPr>
          <w:rFonts w:ascii="Arial" w:hAnsi="Arial" w:cs="Arial"/>
          <w:b w:val="0"/>
          <w:i w:val="0"/>
          <w:sz w:val="20"/>
        </w:rPr>
        <w:t>Europe's largest freshwater tidal wetland sits right next to Dordrecht.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Dordrechts Museum — Dutch Masters — </w:t>
      </w:r>
      <w:r>
        <w:rPr>
          <w:rFonts w:ascii="Arial" w:hAnsi="Arial" w:cs="Arial"/>
          <w:b w:val="0"/>
          <w:i w:val="0"/>
          <w:sz w:val="20"/>
        </w:rPr>
        <w:t>One of the oldest art museums in the Netherlands, featuring Golden Age paintings by pupils of Rembrandt (Ferdinand Bol, Aert de…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Groothoofd to Grote Kerk Loop: </w:t>
      </w:r>
      <w:r>
        <w:rPr>
          <w:rFonts w:ascii="Arial" w:hAnsi="Arial" w:cs="Arial"/>
          <w:b w:val="0"/>
          <w:i w:val="0"/>
          <w:sz w:val="20"/>
        </w:rPr>
        <w:t>~2 km · 45–60 min · Flat · Free — Start at the Groothoofd Gate where three rivers meet, walk the historic harbor quays…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Scheffersplein &amp; Old Town Wander: </w:t>
      </w:r>
      <w:r>
        <w:rPr>
          <w:rFonts w:ascii="Arial" w:hAnsi="Arial" w:cs="Arial"/>
          <w:b w:val="0"/>
          <w:i w:val="0"/>
          <w:sz w:val="20"/>
        </w:rPr>
        <w:t>~1.5 km · 30–40 min · Flat · Free — From the dock, head into Voorstraat (the main shopping street), turn toward Scheffersplein —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5:48AM–9:27PM · Jul 5:40AM–9:53PM · Sep 7:16AM–7:55PM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cruiseports.org/dordrecht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Dordrecht, South Holland, Netherlands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ordrecht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Nationaal Park De Biesbosch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Rondvaart de Dordtevaar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Het Dordts Patriciërshuis | Museum Dordrecht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Oosterpark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Binnenvaartmuseum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Nationaal Baggermuseum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Munnikepark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