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 Sebastián, Basque Country,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Spain's most beautiful bay city serves up crescent beaches, Belle Époque grandeur, and the world's best bar food — all within easy reach of the tender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or Pasaia pier · 🕒 Typical call: 7-9 hrs · 💶 Currency: Euro (€) · 🗣️ Basque (Euskera) &amp;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Puerto de San Sebastián harbor; some ships dock at Pasaia, ~10 km east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from tender; 15 min by shuttle or taxi from Pasaia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Pintxo crawls, La Concha Beach, Belle Époque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Parte Vieja pintxo bars and a slice of La Viña's burnt Basque cheesecake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Metered taxis operate 24/7 with officially regulated rates. Short rides within the center run approximately €10–€15; a 5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Pintxo Crawl — Parte Vieja — </w:t>
      </w:r>
      <w:r>
        <w:rPr>
          <w:rFonts w:ascii="Arial" w:hAnsi="Arial" w:cs="Arial"/>
          <w:b w:val="0"/>
          <w:i w:val="0"/>
          <w:sz w:val="20"/>
        </w:rPr>
        <w:t>The Old Town's dense grid of pintxo bars is the main event.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Igueldo Funicular — </w:t>
      </w:r>
      <w:r>
        <w:rPr>
          <w:rFonts w:ascii="Arial" w:hAnsi="Arial" w:cs="Arial"/>
          <w:b w:val="0"/>
          <w:i w:val="0"/>
          <w:sz w:val="20"/>
        </w:rPr>
        <w:t>A 1912 wooden funicular climbs to the top of Monte Igueldo for the best panoramic photo of La Concha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Urgull Hike — </w:t>
      </w:r>
      <w:r>
        <w:rPr>
          <w:rFonts w:ascii="Arial" w:hAnsi="Arial" w:cs="Arial"/>
          <w:b w:val="0"/>
          <w:i w:val="0"/>
          <w:sz w:val="20"/>
        </w:rPr>
        <w:t>Free forested walk up the hill that anchors the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Telmo Museum — </w:t>
      </w:r>
      <w:r>
        <w:rPr>
          <w:rFonts w:ascii="Arial" w:hAnsi="Arial" w:cs="Arial"/>
          <w:b w:val="0"/>
          <w:i w:val="0"/>
          <w:sz w:val="20"/>
        </w:rPr>
        <w:t>The best introduction to Basque identity, housed in a stunning 16th-century Dominican convent with modern wings.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Concha Beach Day — </w:t>
      </w:r>
      <w:r>
        <w:rPr>
          <w:rFonts w:ascii="Arial" w:hAnsi="Arial" w:cs="Arial"/>
          <w:b w:val="0"/>
          <w:i w:val="0"/>
          <w:sz w:val="20"/>
        </w:rPr>
        <w:t>Often called the best urban beach in Europe — calm, shallow waters, golden sand, and a graceful promenade lined with Belle Époque…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Beaches Loop: </w:t>
      </w:r>
      <w:r>
        <w:rPr>
          <w:rFonts w:ascii="Arial" w:hAnsi="Arial" w:cs="Arial"/>
          <w:b w:val="0"/>
          <w:i w:val="0"/>
          <w:sz w:val="20"/>
        </w:rPr>
        <w:t>3-4 km · 1-1.5 hrs · Easy — From the fishing harbor, walk into Parte Vieja for pintxos at midday, then stroll the La Concha…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Urgull Summit Walk: </w:t>
      </w:r>
      <w:r>
        <w:rPr>
          <w:rFonts w:ascii="Arial" w:hAnsi="Arial" w:cs="Arial"/>
          <w:b w:val="0"/>
          <w:i w:val="0"/>
          <w:sz w:val="20"/>
        </w:rPr>
        <w:t>2 km · 45-60 min · Moderate — Start at the base of Monte Urgull near the Old Town, follow shaded wooded paths to the Castillo 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5:54AM–6:54PM · Jul 6:00AM–7:07PM · Sep 6:16AM–6:29PM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cruiseports.org/donostia-san-sebastian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 Sebastián, Basque Country,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onostia-san-sebasti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Vincent's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Alderdi Eder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Aquarium San Sebastián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Miramar Jauregia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Eureka! Zientzia Museoa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Urgulleko Historiaren Etxea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Buen Pastor de San Sebastián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