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Killybegs, County Donegal, Ireland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Ireland's largest fishing port is your launchpad into County Donegal — a wild, windswept corner of the island with Europe's highest sea cliffs, deserted beaches, and pubs full of traditional music.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(Smooth Point Pier) · 🕒 Typical call: 7-9 hrs · 💶 Euro (€) · 🗣️ English (Irish Gaelic also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Alongside at Smooth Point Pier —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15–20 min walk or shuttle to Killybegs town; 28 km to Donegal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Slieve League Cliffs, wild scenery, traditional Irish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Sliabh Liag (Slieve League) — Europe's highest accessible sea cliffs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€10–€15 to town centre — Local taxis (e.g. McBrearty Bus &amp; Taxi, Conneely Travel) serve the port but numbers are limited; book ahead if possible.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Slieve League Cliffs — </w:t>
      </w:r>
      <w:r>
        <w:rPr>
          <w:rFonts w:ascii="Arial" w:hAnsi="Arial" w:cs="Arial"/>
          <w:b w:val="0"/>
          <w:i w:val="0"/>
          <w:sz w:val="20"/>
        </w:rPr>
        <w:t>At 601 metres, Slieve League is one of the highest sea cliffs in Europe — nearly three times the height of the Cliffs of Moher…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Sliabh Liag Boat Tour — </w:t>
      </w:r>
      <w:r>
        <w:rPr>
          <w:rFonts w:ascii="Arial" w:hAnsi="Arial" w:cs="Arial"/>
          <w:b w:val="0"/>
          <w:i w:val="0"/>
          <w:sz w:val="20"/>
        </w:rPr>
        <w:t>Board a small boat from Teelin Pier and cruise directly to the base of the Slieve League cliffs.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Donegal Castle &amp; Town — </w:t>
      </w:r>
      <w:r>
        <w:rPr>
          <w:rFonts w:ascii="Arial" w:hAnsi="Arial" w:cs="Arial"/>
          <w:b w:val="0"/>
          <w:i w:val="0"/>
          <w:sz w:val="20"/>
        </w:rPr>
        <w:t>A 28 km drive brings you to the charming town of Donegal, centered on The Diamond square and the beautifully restored…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Killybegs Carpet Heritage — </w:t>
      </w:r>
      <w:r>
        <w:rPr>
          <w:rFonts w:ascii="Arial" w:hAnsi="Arial" w:cs="Arial"/>
          <w:b w:val="0"/>
          <w:i w:val="0"/>
          <w:sz w:val="20"/>
        </w:rPr>
        <w:t>Killybegs was the world centre for hand-knotted Donegal carpets — woven pieces now lie in the Vatican, the White House,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Fintra Beach — </w:t>
      </w:r>
      <w:r>
        <w:rPr>
          <w:rFonts w:ascii="Arial" w:hAnsi="Arial" w:cs="Arial"/>
          <w:b w:val="0"/>
          <w:i w:val="0"/>
          <w:sz w:val="20"/>
        </w:rPr>
        <w:t>A sheltered Blue Flag beach just 3 km from Killybegs with golden sand and clear Atlantic water.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Killybegs Harbour Walk: </w:t>
      </w:r>
      <w:r>
        <w:rPr>
          <w:rFonts w:ascii="Arial" w:hAnsi="Arial" w:cs="Arial"/>
          <w:b w:val="0"/>
          <w:i w:val="0"/>
          <w:sz w:val="20"/>
        </w:rPr>
        <w:t>1.5 km · 20 min · Easy · Flat — A flat waterfront stroll from the cruise pier through the working fishing harbor to the town center.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Donegal Town Riverside Walk (The Bank Walk): </w:t>
      </w:r>
      <w:r>
        <w:rPr>
          <w:rFonts w:ascii="Arial" w:hAnsi="Arial" w:cs="Arial"/>
          <w:b w:val="0"/>
          <w:i w:val="0"/>
          <w:sz w:val="20"/>
        </w:rPr>
        <w:t>2.5 km loop · 45 min · Easy · Flat — From Donegal Town center, this wooded riverside trail follows the Eske River out to Donegal Bay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5:28AM–9:33PM · Jul 5:17AM–10:00PM · Sep 7:07AM–7:49PM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cruiseports.org/donegal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Killybegs, County Donegal, Ireland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onega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Sliabh Liag Boat Trips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 John's Point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Atlantic Coastal Cruises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Trá Bán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Secret Waterfall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Wild Atlantic Way Discovery Point @Muckross Head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Largy Viewpoint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Salmon Leap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